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3402"/>
      </w:tblGrid>
      <w:tr w:rsidR="00307C6C" w14:paraId="013DDF3B" w14:textId="77777777">
        <w:trPr>
          <w:cantSplit/>
          <w:jc w:val="center"/>
        </w:trPr>
        <w:tc>
          <w:tcPr>
            <w:tcW w:w="6803" w:type="dxa"/>
            <w:tcBorders>
              <w:bottom w:val="single" w:sz="6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6B8EBE5B" w14:textId="77777777" w:rsidR="00307C6C" w:rsidRDefault="00D3783D">
            <w:r>
              <w:rPr>
                <w:b/>
                <w:sz w:val="26"/>
              </w:rPr>
              <w:t>MUSTERSPEDITION GMBH</w:t>
            </w:r>
          </w:p>
          <w:p w14:paraId="5E29A49D" w14:textId="04273B7E" w:rsidR="00307C6C" w:rsidRDefault="00307C6C"/>
        </w:tc>
        <w:tc>
          <w:tcPr>
            <w:tcW w:w="3402" w:type="dxa"/>
            <w:tcBorders>
              <w:bottom w:val="single" w:sz="6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69732420" w14:textId="7ECAD260" w:rsidR="00307C6C" w:rsidRDefault="00307C6C">
            <w:pPr>
              <w:jc w:val="right"/>
            </w:pPr>
          </w:p>
        </w:tc>
      </w:tr>
    </w:tbl>
    <w:p w14:paraId="3DA99AB9" w14:textId="77777777" w:rsidR="00307C6C" w:rsidRDefault="00307C6C">
      <w:pPr>
        <w:spacing w:line="40" w:lineRule="exact"/>
      </w:pPr>
    </w:p>
    <w:tbl>
      <w:tblPr>
        <w:tblW w:w="102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3259"/>
      </w:tblGrid>
      <w:tr w:rsidR="00307C6C" w:rsidRPr="0017370A" w14:paraId="464FC39E" w14:textId="77777777" w:rsidTr="00213936">
        <w:trPr>
          <w:cantSplit/>
          <w:jc w:val="center"/>
        </w:trPr>
        <w:tc>
          <w:tcPr>
            <w:tcW w:w="6946" w:type="dxa"/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2EA17F34" w14:textId="77777777" w:rsidR="00307C6C" w:rsidRPr="00FE5B5A" w:rsidRDefault="00D3783D">
            <w:pPr>
              <w:rPr>
                <w:lang w:val="de-DE"/>
              </w:rPr>
            </w:pPr>
            <w:r w:rsidRPr="00FE5B5A">
              <w:rPr>
                <w:sz w:val="16"/>
                <w:lang w:val="de-DE"/>
              </w:rPr>
              <w:t>Musterspedition GmbH, Musterstraße 67, 12345 Musterstadt</w:t>
            </w:r>
          </w:p>
          <w:p w14:paraId="0499C496" w14:textId="77777777" w:rsidR="00307C6C" w:rsidRPr="00FE5B5A" w:rsidRDefault="00307C6C">
            <w:pPr>
              <w:rPr>
                <w:lang w:val="de-DE"/>
              </w:rPr>
            </w:pPr>
          </w:p>
          <w:p w14:paraId="596281A9" w14:textId="77777777" w:rsidR="00CC1DF3" w:rsidRPr="00213936" w:rsidRDefault="00CC1DF3" w:rsidP="00CC1DF3">
            <w:pPr>
              <w:rPr>
                <w:sz w:val="20"/>
                <w:szCs w:val="20"/>
                <w:lang w:val="de-DE"/>
              </w:rPr>
            </w:pPr>
            <w:r w:rsidRPr="00213936">
              <w:rPr>
                <w:sz w:val="20"/>
                <w:szCs w:val="20"/>
                <w:lang w:val="de-DE"/>
              </w:rPr>
              <w:t>Daimler Truck AG</w:t>
            </w:r>
          </w:p>
          <w:p w14:paraId="33151CBE" w14:textId="77777777" w:rsidR="00CC1DF3" w:rsidRPr="006F5DE5" w:rsidRDefault="00CC1DF3" w:rsidP="00CC1DF3">
            <w:pPr>
              <w:rPr>
                <w:sz w:val="20"/>
                <w:szCs w:val="20"/>
                <w:lang w:val="de-DE"/>
              </w:rPr>
            </w:pPr>
            <w:r w:rsidRPr="00213936">
              <w:rPr>
                <w:sz w:val="20"/>
                <w:szCs w:val="20"/>
                <w:lang w:val="de-DE"/>
              </w:rPr>
              <w:t xml:space="preserve">Werk </w:t>
            </w:r>
            <w:r w:rsidRPr="00C93095">
              <w:rPr>
                <w:sz w:val="20"/>
                <w:szCs w:val="20"/>
                <w:lang w:val="de-DE"/>
              </w:rPr>
              <w:t>1XXX</w:t>
            </w:r>
            <w:r w:rsidRPr="00213936">
              <w:rPr>
                <w:sz w:val="20"/>
                <w:szCs w:val="20"/>
                <w:lang w:val="de-DE"/>
              </w:rPr>
              <w:t xml:space="preserve"> </w:t>
            </w:r>
            <w:r w:rsidRPr="006F5DE5">
              <w:rPr>
                <w:sz w:val="20"/>
                <w:szCs w:val="20"/>
                <w:lang w:val="de-DE"/>
              </w:rPr>
              <w:t xml:space="preserve">HPC </w:t>
            </w:r>
            <w:r w:rsidRPr="00C93095">
              <w:rPr>
                <w:sz w:val="20"/>
                <w:szCs w:val="20"/>
                <w:lang w:val="de-DE"/>
              </w:rPr>
              <w:t>XYZ</w:t>
            </w:r>
          </w:p>
          <w:p w14:paraId="4BFC7186" w14:textId="77777777" w:rsidR="00CC1DF3" w:rsidRPr="006F5DE5" w:rsidRDefault="00CC1DF3" w:rsidP="00CC1DF3">
            <w:pPr>
              <w:rPr>
                <w:sz w:val="20"/>
                <w:szCs w:val="20"/>
                <w:lang w:val="de-DE"/>
              </w:rPr>
            </w:pPr>
            <w:r w:rsidRPr="006F5DE5">
              <w:rPr>
                <w:sz w:val="20"/>
                <w:szCs w:val="20"/>
                <w:lang w:val="de-DE"/>
              </w:rPr>
              <w:t xml:space="preserve">LN </w:t>
            </w:r>
            <w:r w:rsidRPr="00C93095">
              <w:rPr>
                <w:sz w:val="20"/>
                <w:szCs w:val="20"/>
                <w:lang w:val="de-DE"/>
              </w:rPr>
              <w:t>XXXXXXXX</w:t>
            </w:r>
          </w:p>
          <w:p w14:paraId="2E9C0CFA" w14:textId="77777777" w:rsidR="00CC1DF3" w:rsidRPr="00F6729F" w:rsidRDefault="00CC1DF3" w:rsidP="00CC1DF3">
            <w:pPr>
              <w:rPr>
                <w:sz w:val="20"/>
                <w:szCs w:val="20"/>
                <w:lang w:val="de-DE"/>
              </w:rPr>
            </w:pPr>
            <w:r w:rsidRPr="006F5DE5">
              <w:rPr>
                <w:sz w:val="20"/>
                <w:szCs w:val="20"/>
                <w:lang w:val="de-DE"/>
              </w:rPr>
              <w:t>Musterplatz 1</w:t>
            </w:r>
          </w:p>
          <w:p w14:paraId="69BA370E" w14:textId="33AAB0DB" w:rsidR="00307C6C" w:rsidRPr="00FA7719" w:rsidRDefault="00CC1DF3" w:rsidP="00CC1DF3">
            <w:pPr>
              <w:rPr>
                <w:lang w:val="de-DE"/>
              </w:rPr>
            </w:pPr>
            <w:r w:rsidRPr="00F6729F">
              <w:rPr>
                <w:sz w:val="20"/>
                <w:szCs w:val="20"/>
                <w:lang w:val="de-DE"/>
              </w:rPr>
              <w:t>12345 Musterstadt</w:t>
            </w:r>
          </w:p>
        </w:tc>
        <w:tc>
          <w:tcPr>
            <w:tcW w:w="3259" w:type="dxa"/>
            <w:tcMar>
              <w:top w:w="28" w:type="dxa"/>
              <w:left w:w="45" w:type="dxa"/>
              <w:bottom w:w="28" w:type="dxa"/>
              <w:right w:w="45" w:type="dxa"/>
            </w:tcMar>
          </w:tcPr>
          <w:p w14:paraId="27DEF306" w14:textId="77777777" w:rsidR="00307C6C" w:rsidRPr="00D13069" w:rsidRDefault="00D3783D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Bearbeiter:</w:t>
            </w:r>
            <w:r w:rsidRPr="00D13069">
              <w:rPr>
                <w:sz w:val="16"/>
                <w:lang w:val="de-DE"/>
              </w:rPr>
              <w:t xml:space="preserve"> Max Mustermann</w:t>
            </w:r>
          </w:p>
          <w:p w14:paraId="2F1DE5FA" w14:textId="77777777" w:rsidR="00307C6C" w:rsidRPr="00D13069" w:rsidRDefault="00D3783D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Tel.:</w:t>
            </w:r>
            <w:r w:rsidRPr="00D13069">
              <w:rPr>
                <w:sz w:val="16"/>
                <w:lang w:val="de-DE"/>
              </w:rPr>
              <w:t xml:space="preserve"> +49 (123) 45678-100</w:t>
            </w:r>
          </w:p>
          <w:p w14:paraId="290C7586" w14:textId="77777777" w:rsidR="00307C6C" w:rsidRPr="00D13069" w:rsidRDefault="00D3783D" w:rsidP="00213936">
            <w:pPr>
              <w:rPr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E-Mail:</w:t>
            </w:r>
            <w:r w:rsidRPr="00D13069">
              <w:rPr>
                <w:sz w:val="16"/>
                <w:lang w:val="de-DE"/>
              </w:rPr>
              <w:t xml:space="preserve"> max.mustermann@muster.de</w:t>
            </w:r>
          </w:p>
          <w:p w14:paraId="5E055704" w14:textId="77777777" w:rsidR="00307C6C" w:rsidRPr="00825F6B" w:rsidRDefault="00D3783D" w:rsidP="00213936">
            <w:pPr>
              <w:rPr>
                <w:lang w:val="fr-FR"/>
              </w:rPr>
            </w:pPr>
            <w:proofErr w:type="gramStart"/>
            <w:r w:rsidRPr="00825F6B">
              <w:rPr>
                <w:b/>
                <w:sz w:val="16"/>
                <w:lang w:val="fr-FR"/>
              </w:rPr>
              <w:t>Web:</w:t>
            </w:r>
            <w:proofErr w:type="gramEnd"/>
            <w:r w:rsidRPr="00825F6B">
              <w:rPr>
                <w:sz w:val="16"/>
                <w:lang w:val="fr-FR"/>
              </w:rPr>
              <w:t xml:space="preserve"> www.musterspedition.de</w:t>
            </w:r>
          </w:p>
          <w:p w14:paraId="0DE81D48" w14:textId="77777777" w:rsidR="00307C6C" w:rsidRPr="00825F6B" w:rsidRDefault="00D3783D" w:rsidP="00213936">
            <w:pPr>
              <w:rPr>
                <w:lang w:val="fr-FR"/>
              </w:rPr>
            </w:pPr>
            <w:r w:rsidRPr="00825F6B">
              <w:rPr>
                <w:b/>
                <w:sz w:val="16"/>
                <w:lang w:val="fr-FR"/>
              </w:rPr>
              <w:t>USt-</w:t>
            </w:r>
            <w:proofErr w:type="spellStart"/>
            <w:r w:rsidRPr="00825F6B">
              <w:rPr>
                <w:b/>
                <w:sz w:val="16"/>
                <w:lang w:val="fr-FR"/>
              </w:rPr>
              <w:t>IdNr</w:t>
            </w:r>
            <w:proofErr w:type="spellEnd"/>
            <w:proofErr w:type="gramStart"/>
            <w:r w:rsidRPr="00825F6B">
              <w:rPr>
                <w:b/>
                <w:sz w:val="16"/>
                <w:lang w:val="fr-FR"/>
              </w:rPr>
              <w:t>.:</w:t>
            </w:r>
            <w:proofErr w:type="gramEnd"/>
            <w:r w:rsidRPr="00825F6B">
              <w:rPr>
                <w:sz w:val="16"/>
                <w:lang w:val="fr-FR"/>
              </w:rPr>
              <w:t xml:space="preserve"> DE 123456789</w:t>
            </w:r>
          </w:p>
          <w:p w14:paraId="1CB80B0E" w14:textId="77777777" w:rsidR="00307C6C" w:rsidRPr="00D13069" w:rsidRDefault="00D3783D" w:rsidP="00213936">
            <w:pPr>
              <w:rPr>
                <w:sz w:val="16"/>
                <w:lang w:val="de-DE"/>
              </w:rPr>
            </w:pPr>
            <w:r w:rsidRPr="00D13069">
              <w:rPr>
                <w:b/>
                <w:sz w:val="16"/>
                <w:lang w:val="de-DE"/>
              </w:rPr>
              <w:t>Steuer-Nr.:</w:t>
            </w:r>
            <w:r w:rsidRPr="00D13069">
              <w:rPr>
                <w:sz w:val="16"/>
                <w:lang w:val="de-DE"/>
              </w:rPr>
              <w:t xml:space="preserve"> 123/456/78901</w:t>
            </w:r>
          </w:p>
          <w:p w14:paraId="6BDA1130" w14:textId="77777777" w:rsidR="003B01C2" w:rsidRPr="00D13069" w:rsidRDefault="003B01C2" w:rsidP="00213936">
            <w:pPr>
              <w:rPr>
                <w:sz w:val="16"/>
                <w:lang w:val="de-DE"/>
              </w:rPr>
            </w:pPr>
          </w:p>
          <w:p w14:paraId="4AA580D9" w14:textId="77777777" w:rsidR="003B01C2" w:rsidRPr="00D13069" w:rsidRDefault="003B01C2" w:rsidP="00213936">
            <w:pPr>
              <w:rPr>
                <w:sz w:val="16"/>
                <w:lang w:val="de-DE"/>
              </w:rPr>
            </w:pPr>
          </w:p>
          <w:p w14:paraId="75605D75" w14:textId="3BC29C49" w:rsidR="003B01C2" w:rsidRPr="00D13069" w:rsidRDefault="003B01C2" w:rsidP="00213936">
            <w:pPr>
              <w:rPr>
                <w:b/>
                <w:bCs/>
                <w:sz w:val="24"/>
                <w:szCs w:val="24"/>
                <w:lang w:val="de-DE"/>
              </w:rPr>
            </w:pPr>
            <w:r w:rsidRPr="00D13069">
              <w:rPr>
                <w:b/>
                <w:bCs/>
                <w:sz w:val="24"/>
                <w:szCs w:val="24"/>
                <w:lang w:val="de-DE"/>
              </w:rPr>
              <w:t>Rechnung 1234567</w:t>
            </w:r>
            <w:r w:rsidR="00D14CD5" w:rsidRPr="00D13069">
              <w:rPr>
                <w:b/>
                <w:bCs/>
                <w:sz w:val="24"/>
                <w:szCs w:val="24"/>
                <w:lang w:val="de-DE"/>
              </w:rPr>
              <w:t>89</w:t>
            </w:r>
          </w:p>
          <w:p w14:paraId="754F34A3" w14:textId="77777777" w:rsidR="00D14CD5" w:rsidRPr="00D13069" w:rsidRDefault="00D14CD5" w:rsidP="00213936">
            <w:pPr>
              <w:rPr>
                <w:sz w:val="16"/>
                <w:lang w:val="de-DE"/>
              </w:rPr>
            </w:pPr>
          </w:p>
          <w:p w14:paraId="65B6B035" w14:textId="73DD56CC" w:rsidR="00D14CD5" w:rsidRPr="00D13069" w:rsidRDefault="00D14CD5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>Kundennummer: 123456</w:t>
            </w:r>
          </w:p>
          <w:p w14:paraId="2F1C975A" w14:textId="70BF1CBE" w:rsidR="00D14CD5" w:rsidRPr="00D13069" w:rsidRDefault="00D14CD5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 xml:space="preserve">Belegdatum: </w:t>
            </w:r>
            <w:r w:rsidR="00D13069" w:rsidRPr="00D13069">
              <w:rPr>
                <w:sz w:val="16"/>
                <w:lang w:val="de-DE"/>
              </w:rPr>
              <w:t>01.01.2026</w:t>
            </w:r>
          </w:p>
          <w:p w14:paraId="213D462F" w14:textId="5E0BE0D6" w:rsidR="00D13069" w:rsidRPr="00D13069" w:rsidRDefault="00D13069" w:rsidP="00213936">
            <w:pPr>
              <w:rPr>
                <w:sz w:val="16"/>
                <w:lang w:val="de-DE"/>
              </w:rPr>
            </w:pPr>
            <w:r w:rsidRPr="00D13069">
              <w:rPr>
                <w:sz w:val="16"/>
                <w:lang w:val="de-DE"/>
              </w:rPr>
              <w:t>Ust.-</w:t>
            </w:r>
            <w:proofErr w:type="spellStart"/>
            <w:r w:rsidRPr="00D13069">
              <w:rPr>
                <w:sz w:val="16"/>
                <w:lang w:val="de-DE"/>
              </w:rPr>
              <w:t>IdNr</w:t>
            </w:r>
            <w:proofErr w:type="spellEnd"/>
            <w:r w:rsidRPr="00D13069">
              <w:rPr>
                <w:sz w:val="16"/>
                <w:lang w:val="de-DE"/>
              </w:rPr>
              <w:t xml:space="preserve">.: </w:t>
            </w:r>
            <w:r w:rsidRPr="00C93095">
              <w:rPr>
                <w:sz w:val="16"/>
                <w:lang w:val="de-DE"/>
              </w:rPr>
              <w:t>DE321281771</w:t>
            </w:r>
          </w:p>
          <w:p w14:paraId="63200CBF" w14:textId="77777777" w:rsidR="00D13069" w:rsidRPr="00D13069" w:rsidRDefault="00D13069" w:rsidP="00213936">
            <w:pPr>
              <w:rPr>
                <w:sz w:val="16"/>
                <w:lang w:val="de-DE"/>
              </w:rPr>
            </w:pPr>
          </w:p>
          <w:p w14:paraId="122D633A" w14:textId="465526D9" w:rsidR="00D13069" w:rsidRPr="00D13069" w:rsidRDefault="00D13069" w:rsidP="00213936">
            <w:pPr>
              <w:jc w:val="right"/>
              <w:rPr>
                <w:lang w:val="de-DE"/>
              </w:rPr>
            </w:pPr>
            <w:r w:rsidRPr="00D13069">
              <w:rPr>
                <w:lang w:val="de-DE"/>
              </w:rPr>
              <w:t>Seite 1 von 2</w:t>
            </w:r>
          </w:p>
          <w:p w14:paraId="5B8CDEE4" w14:textId="4D56FAAB" w:rsidR="00307C6C" w:rsidRPr="00520373" w:rsidRDefault="00307C6C">
            <w:pPr>
              <w:rPr>
                <w:lang w:val="de-DE"/>
              </w:rPr>
            </w:pPr>
          </w:p>
        </w:tc>
      </w:tr>
    </w:tbl>
    <w:p w14:paraId="7D1068B9" w14:textId="77777777" w:rsidR="00307C6C" w:rsidRPr="00520373" w:rsidRDefault="00307C6C">
      <w:pPr>
        <w:spacing w:line="60" w:lineRule="exact"/>
        <w:rPr>
          <w:lang w:val="de-DE"/>
        </w:rPr>
      </w:pPr>
    </w:p>
    <w:tbl>
      <w:tblPr>
        <w:tblW w:w="10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2272"/>
        <w:gridCol w:w="3402"/>
      </w:tblGrid>
      <w:tr w:rsidR="00307C6C" w14:paraId="41FC808C" w14:textId="77777777" w:rsidTr="00C93095">
        <w:trPr>
          <w:cantSplit/>
          <w:jc w:val="center"/>
        </w:trPr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8E89B9" w14:textId="1CCFDE7E" w:rsidR="00307C6C" w:rsidRPr="006F5DE5" w:rsidRDefault="00056486">
            <w:pPr>
              <w:rPr>
                <w:b/>
                <w:sz w:val="16"/>
              </w:rPr>
            </w:pPr>
            <w:proofErr w:type="spellStart"/>
            <w:r w:rsidRPr="006F5DE5">
              <w:rPr>
                <w:b/>
                <w:sz w:val="16"/>
              </w:rPr>
              <w:t>Borderonummer</w:t>
            </w:r>
            <w:proofErr w:type="spellEnd"/>
          </w:p>
        </w:tc>
        <w:tc>
          <w:tcPr>
            <w:tcW w:w="26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467C9C" w14:textId="08D2D88D" w:rsidR="00307C6C" w:rsidRPr="00C93095" w:rsidRDefault="002F4830">
            <w:pPr>
              <w:rPr>
                <w:bCs/>
                <w:sz w:val="16"/>
              </w:rPr>
            </w:pPr>
            <w:r w:rsidRPr="00C93095">
              <w:rPr>
                <w:bCs/>
                <w:sz w:val="16"/>
              </w:rPr>
              <w:t xml:space="preserve">VXXXXXX/ </w:t>
            </w:r>
            <w:r w:rsidR="000C5B8A" w:rsidRPr="00C93095">
              <w:rPr>
                <w:bCs/>
                <w:sz w:val="16"/>
              </w:rPr>
              <w:t>MXXXXXX /TYXXXX</w:t>
            </w:r>
            <w:r w:rsidR="00C77EFB" w:rsidRPr="00C93095">
              <w:rPr>
                <w:bCs/>
                <w:sz w:val="16"/>
              </w:rPr>
              <w:t>XX</w:t>
            </w:r>
          </w:p>
        </w:tc>
        <w:tc>
          <w:tcPr>
            <w:tcW w:w="227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72756FE" w14:textId="6BD573E3" w:rsidR="00307C6C" w:rsidRPr="006F5DE5" w:rsidRDefault="00080590">
            <w:proofErr w:type="spellStart"/>
            <w:r w:rsidRPr="006F5DE5">
              <w:rPr>
                <w:b/>
                <w:sz w:val="16"/>
              </w:rPr>
              <w:t>Werksnummer</w:t>
            </w:r>
            <w:proofErr w:type="spellEnd"/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4144E2" w14:textId="6ED9B4E2" w:rsidR="00307C6C" w:rsidRPr="00C93095" w:rsidRDefault="00080590">
            <w:r w:rsidRPr="00C93095">
              <w:rPr>
                <w:sz w:val="16"/>
              </w:rPr>
              <w:t>1</w:t>
            </w:r>
            <w:r w:rsidR="005417E3" w:rsidRPr="00C93095">
              <w:rPr>
                <w:sz w:val="16"/>
              </w:rPr>
              <w:t>XXX</w:t>
            </w:r>
            <w:r w:rsidR="00F06FF2" w:rsidRPr="00C93095">
              <w:rPr>
                <w:sz w:val="16"/>
              </w:rPr>
              <w:t xml:space="preserve"> </w:t>
            </w:r>
            <w:proofErr w:type="spellStart"/>
            <w:r w:rsidR="00F06FF2" w:rsidRPr="00C93095">
              <w:rPr>
                <w:sz w:val="16"/>
              </w:rPr>
              <w:t>bzw</w:t>
            </w:r>
            <w:proofErr w:type="spellEnd"/>
            <w:r w:rsidR="00F06FF2" w:rsidRPr="00C93095">
              <w:rPr>
                <w:sz w:val="16"/>
              </w:rPr>
              <w:t>. 0XX</w:t>
            </w:r>
          </w:p>
        </w:tc>
      </w:tr>
      <w:tr w:rsidR="00080590" w14:paraId="353A6D21" w14:textId="77777777" w:rsidTr="00C93095">
        <w:trPr>
          <w:cantSplit/>
          <w:jc w:val="center"/>
        </w:trPr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DC4AD0" w14:textId="28B04FE8" w:rsidR="00080590" w:rsidRPr="006F5DE5" w:rsidRDefault="000C5B8A" w:rsidP="00080590">
            <w:proofErr w:type="spellStart"/>
            <w:r w:rsidRPr="006F5DE5">
              <w:rPr>
                <w:b/>
                <w:sz w:val="16"/>
              </w:rPr>
              <w:t>Prozessindikator</w:t>
            </w:r>
            <w:proofErr w:type="spellEnd"/>
          </w:p>
        </w:tc>
        <w:tc>
          <w:tcPr>
            <w:tcW w:w="26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2EB9C5" w14:textId="7A938DA3" w:rsidR="00080590" w:rsidRPr="00C93095" w:rsidRDefault="00080590" w:rsidP="00080590">
            <w:r w:rsidRPr="00C93095">
              <w:rPr>
                <w:sz w:val="16"/>
              </w:rPr>
              <w:t>SP</w:t>
            </w:r>
          </w:p>
        </w:tc>
        <w:tc>
          <w:tcPr>
            <w:tcW w:w="227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999AD9" w14:textId="5B0E35CE" w:rsidR="00080590" w:rsidRPr="006F5DE5" w:rsidRDefault="00080590" w:rsidP="00080590">
            <w:r w:rsidRPr="006F5DE5">
              <w:rPr>
                <w:b/>
                <w:sz w:val="16"/>
              </w:rPr>
              <w:t>Liefer-/</w:t>
            </w:r>
            <w:proofErr w:type="spellStart"/>
            <w:r w:rsidRPr="006F5DE5">
              <w:rPr>
                <w:b/>
                <w:sz w:val="16"/>
              </w:rPr>
              <w:t>Leistung</w:t>
            </w:r>
            <w:r w:rsidR="00506A1B" w:rsidRPr="006F5DE5">
              <w:rPr>
                <w:b/>
                <w:sz w:val="16"/>
              </w:rPr>
              <w:t>sdatum</w:t>
            </w:r>
            <w:proofErr w:type="spellEnd"/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D66055" w14:textId="75671129" w:rsidR="00080590" w:rsidRPr="00C93095" w:rsidRDefault="00080590" w:rsidP="00080590">
            <w:r w:rsidRPr="00C93095">
              <w:rPr>
                <w:sz w:val="16"/>
              </w:rPr>
              <w:t>01.01.2026</w:t>
            </w:r>
          </w:p>
        </w:tc>
      </w:tr>
    </w:tbl>
    <w:p w14:paraId="1B69CE83" w14:textId="77777777" w:rsidR="008863BD" w:rsidRDefault="008863BD" w:rsidP="00695576">
      <w:pPr>
        <w:keepNext/>
        <w:pBdr>
          <w:bottom w:val="single" w:sz="6" w:space="0" w:color="000000"/>
        </w:pBdr>
        <w:spacing w:after="40"/>
        <w:rPr>
          <w:b/>
          <w:sz w:val="21"/>
        </w:rPr>
      </w:pPr>
    </w:p>
    <w:p w14:paraId="4D797B55" w14:textId="645D2F52" w:rsidR="00307C6C" w:rsidRDefault="00307C6C" w:rsidP="00695576">
      <w:pPr>
        <w:keepNext/>
        <w:pBdr>
          <w:bottom w:val="single" w:sz="6" w:space="0" w:color="000000"/>
        </w:pBdr>
        <w:spacing w:after="40"/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00"/>
        <w:gridCol w:w="284"/>
        <w:gridCol w:w="1838"/>
        <w:gridCol w:w="993"/>
        <w:gridCol w:w="1275"/>
        <w:gridCol w:w="2840"/>
      </w:tblGrid>
      <w:tr w:rsidR="001618A2" w:rsidRPr="00202AF4" w14:paraId="14D4497D" w14:textId="77777777" w:rsidTr="005A4904">
        <w:trPr>
          <w:cantSplit/>
          <w:jc w:val="center"/>
        </w:trPr>
        <w:tc>
          <w:tcPr>
            <w:tcW w:w="10206" w:type="dxa"/>
            <w:gridSpan w:val="7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23EE195" w14:textId="45FE7CA7" w:rsidR="001618A2" w:rsidRPr="008844B6" w:rsidRDefault="00BF4C8C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Absender (Ladestelle)</w:t>
            </w:r>
            <w:r w:rsidR="001618A2">
              <w:rPr>
                <w:b/>
                <w:sz w:val="16"/>
                <w:lang w:val="de-DE"/>
              </w:rPr>
              <w:t xml:space="preserve">: </w:t>
            </w:r>
            <w:r w:rsidR="00603FF2">
              <w:rPr>
                <w:b/>
                <w:sz w:val="16"/>
                <w:lang w:val="de-DE"/>
              </w:rPr>
              <w:t>Daimler Truck AG</w:t>
            </w:r>
            <w:r w:rsidR="001618A2" w:rsidRPr="008844B6">
              <w:rPr>
                <w:b/>
                <w:sz w:val="16"/>
                <w:lang w:val="de-DE"/>
              </w:rPr>
              <w:t xml:space="preserve">, </w:t>
            </w:r>
            <w:r w:rsidR="00603FF2">
              <w:rPr>
                <w:b/>
                <w:sz w:val="16"/>
                <w:lang w:val="de-DE"/>
              </w:rPr>
              <w:t>12345 Wörth am Rhein</w:t>
            </w:r>
          </w:p>
          <w:p w14:paraId="1160DBD6" w14:textId="21D22722" w:rsidR="001618A2" w:rsidRDefault="00601DA9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Leergut-</w:t>
            </w:r>
            <w:r w:rsidR="00E017B0">
              <w:rPr>
                <w:b/>
                <w:sz w:val="16"/>
                <w:lang w:val="de-DE"/>
              </w:rPr>
              <w:t>Zielzone</w:t>
            </w:r>
            <w:r w:rsidR="00603FF2">
              <w:rPr>
                <w:b/>
                <w:sz w:val="16"/>
                <w:lang w:val="de-DE"/>
              </w:rPr>
              <w:t xml:space="preserve"> (falls relevant)</w:t>
            </w:r>
            <w:r w:rsidR="001618A2" w:rsidRPr="008844B6">
              <w:rPr>
                <w:b/>
                <w:sz w:val="16"/>
                <w:lang w:val="de-DE"/>
              </w:rPr>
              <w:t xml:space="preserve">: </w:t>
            </w:r>
            <w:r w:rsidR="00603FF2">
              <w:rPr>
                <w:b/>
                <w:sz w:val="16"/>
                <w:lang w:val="de-DE"/>
              </w:rPr>
              <w:t>- / -</w:t>
            </w:r>
          </w:p>
          <w:p w14:paraId="4D2B301D" w14:textId="6A08847D" w:rsidR="00603FF2" w:rsidRDefault="000D3FE5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Empfänger (Entladestelle): </w:t>
            </w:r>
            <w:r w:rsidR="00D2752D" w:rsidRPr="008844B6">
              <w:rPr>
                <w:b/>
                <w:sz w:val="16"/>
                <w:lang w:val="de-DE"/>
              </w:rPr>
              <w:t>Zulieferer Alpha GmbH, 21107 Hamburg</w:t>
            </w:r>
            <w:r w:rsidR="009D33EB">
              <w:rPr>
                <w:b/>
                <w:sz w:val="16"/>
                <w:lang w:val="de-DE"/>
              </w:rPr>
              <w:t xml:space="preserve">, LN </w:t>
            </w:r>
            <w:r w:rsidR="009D33EB" w:rsidRPr="00C93095">
              <w:rPr>
                <w:b/>
                <w:sz w:val="16"/>
                <w:lang w:val="de-DE"/>
              </w:rPr>
              <w:t>XXXXXXX</w:t>
            </w:r>
          </w:p>
          <w:p w14:paraId="4BDE57E4" w14:textId="46327343" w:rsidR="001618A2" w:rsidRDefault="00CD228A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E</w:t>
            </w:r>
            <w:r w:rsidR="001618A2">
              <w:rPr>
                <w:b/>
                <w:sz w:val="16"/>
                <w:lang w:val="de-DE"/>
              </w:rPr>
              <w:t>ntfernung: 142,00 km</w:t>
            </w:r>
          </w:p>
          <w:p w14:paraId="2BDE93AE" w14:textId="476B0FB7" w:rsidR="001618A2" w:rsidRPr="00202AF4" w:rsidRDefault="00CD228A" w:rsidP="00BD1070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Absenderd</w:t>
            </w:r>
            <w:r w:rsidR="001618A2">
              <w:rPr>
                <w:b/>
                <w:sz w:val="16"/>
                <w:lang w:val="de-DE"/>
              </w:rPr>
              <w:t>atum: 01.06.2026</w:t>
            </w:r>
          </w:p>
        </w:tc>
      </w:tr>
      <w:tr w:rsidR="00233085" w:rsidRPr="00202AF4" w14:paraId="36F557DD" w14:textId="77777777" w:rsidTr="005A4904">
        <w:trPr>
          <w:cantSplit/>
          <w:jc w:val="center"/>
        </w:trPr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13FAA1" w14:textId="0040D9D6" w:rsidR="00233085" w:rsidRPr="00202AF4" w:rsidRDefault="00233085" w:rsidP="0023308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Frachtbrief</w:t>
            </w:r>
            <w:r w:rsidRPr="00202AF4">
              <w:rPr>
                <w:b/>
                <w:sz w:val="15"/>
                <w:lang w:val="de-DE"/>
              </w:rPr>
              <w:t>-Nr.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C82D180" w14:textId="1D33E070" w:rsidR="00233085" w:rsidRPr="00202AF4" w:rsidRDefault="00233085" w:rsidP="0023308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Fracht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ABDB44" w14:textId="5BF4E6EB" w:rsidR="00233085" w:rsidRPr="005263F6" w:rsidRDefault="00233085" w:rsidP="00233085">
            <w:pPr>
              <w:rPr>
                <w:strike/>
                <w:color w:val="FF0000"/>
                <w:lang w:val="de-DE"/>
              </w:rPr>
            </w:pPr>
          </w:p>
        </w:tc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2A773C" w14:textId="409D9414" w:rsidR="00233085" w:rsidRPr="00202AF4" w:rsidRDefault="00233085" w:rsidP="00233085">
            <w:pPr>
              <w:rPr>
                <w:lang w:val="de-DE"/>
              </w:rPr>
            </w:pPr>
            <w:r w:rsidRPr="00233085">
              <w:rPr>
                <w:b/>
                <w:sz w:val="15"/>
                <w:lang w:val="de-DE"/>
              </w:rPr>
              <w:t>Bezeichnung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2CF7BC" w14:textId="04719702" w:rsidR="00233085" w:rsidRPr="00202AF4" w:rsidRDefault="00233085" w:rsidP="0023308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Anzahl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928D750" w14:textId="3FAA5039" w:rsidR="00233085" w:rsidRPr="00202AF4" w:rsidRDefault="00233085" w:rsidP="0023308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Gewicht (kg)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D9072F" w14:textId="3D9C6B79" w:rsidR="00233085" w:rsidRPr="00202AF4" w:rsidRDefault="00233085" w:rsidP="00233085">
            <w:pPr>
              <w:rPr>
                <w:lang w:val="de-DE"/>
              </w:rPr>
            </w:pPr>
          </w:p>
        </w:tc>
      </w:tr>
      <w:tr w:rsidR="00233085" w:rsidRPr="000C46EA" w14:paraId="68C1C84E" w14:textId="77777777" w:rsidTr="005A4904">
        <w:trPr>
          <w:cantSplit/>
          <w:jc w:val="center"/>
        </w:trPr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387F31" w14:textId="33BFEF2C" w:rsidR="00233085" w:rsidRPr="000C46EA" w:rsidRDefault="00233085" w:rsidP="0023308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XXXXXXXXXX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7466B2" w14:textId="2306303E" w:rsidR="00233085" w:rsidRPr="000C46EA" w:rsidRDefault="00233085" w:rsidP="0023308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Leergut (Kat. </w:t>
            </w:r>
            <w:r w:rsidR="00963C8E">
              <w:rPr>
                <w:sz w:val="15"/>
                <w:lang w:val="de-DE"/>
              </w:rPr>
              <w:t>0</w:t>
            </w:r>
            <w:r>
              <w:rPr>
                <w:sz w:val="15"/>
                <w:lang w:val="de-DE"/>
              </w:rPr>
              <w:t>)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94AA15" w14:textId="3D223A93" w:rsidR="00233085" w:rsidRPr="00EA0780" w:rsidRDefault="00233085" w:rsidP="00233085">
            <w:pPr>
              <w:rPr>
                <w:strike/>
                <w:color w:val="FF0000"/>
                <w:sz w:val="15"/>
                <w:lang w:val="de-DE"/>
              </w:rPr>
            </w:pPr>
          </w:p>
        </w:tc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99638B" w14:textId="168E5BFB" w:rsidR="00233085" w:rsidRPr="000C46EA" w:rsidRDefault="00963C8E" w:rsidP="0023308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205010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8C8E69" w14:textId="7BC051C7" w:rsidR="00233085" w:rsidRPr="000C46EA" w:rsidRDefault="00963C8E" w:rsidP="0023308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36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400D7C" w14:textId="7DA003FE" w:rsidR="00233085" w:rsidRPr="000C46EA" w:rsidRDefault="00963C8E" w:rsidP="0023308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2.448,00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5248DB" w14:textId="34D3E01E" w:rsidR="00233085" w:rsidRPr="000C46EA" w:rsidRDefault="00233085" w:rsidP="00233085">
            <w:pPr>
              <w:rPr>
                <w:sz w:val="15"/>
                <w:lang w:val="de-DE"/>
              </w:rPr>
            </w:pPr>
          </w:p>
        </w:tc>
      </w:tr>
      <w:tr w:rsidR="005C0846" w:rsidRPr="000C46EA" w14:paraId="38D7D663" w14:textId="77777777" w:rsidTr="005A4904">
        <w:trPr>
          <w:cantSplit/>
          <w:jc w:val="center"/>
        </w:trPr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F68A85" w14:textId="0C73DB79" w:rsidR="005C0846" w:rsidRDefault="005C0846" w:rsidP="005C084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XXXXXXXXXX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F2CFEE9" w14:textId="32FA0413" w:rsidR="005C0846" w:rsidRDefault="005C0846" w:rsidP="005C084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Leergut (Kat. G)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3C0E61" w14:textId="758C952C" w:rsidR="005C0846" w:rsidRPr="00EA0780" w:rsidRDefault="005C0846" w:rsidP="005C0846">
            <w:pPr>
              <w:rPr>
                <w:strike/>
                <w:color w:val="FF0000"/>
                <w:sz w:val="15"/>
                <w:lang w:val="de-DE"/>
              </w:rPr>
            </w:pPr>
          </w:p>
        </w:tc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87D68C" w14:textId="5477D939" w:rsidR="005C0846" w:rsidRPr="000C46EA" w:rsidRDefault="005C0846" w:rsidP="005C084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43</w:t>
            </w:r>
            <w:r w:rsidR="00C67433">
              <w:rPr>
                <w:sz w:val="15"/>
                <w:lang w:val="de-DE"/>
              </w:rPr>
              <w:t>29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B3E9A91" w14:textId="061FA1FD" w:rsidR="005C0846" w:rsidRPr="00202AF4" w:rsidRDefault="00C67433" w:rsidP="005C084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1.080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BC811F" w14:textId="358F5FAF" w:rsidR="005C0846" w:rsidRPr="000C46EA" w:rsidRDefault="00127970" w:rsidP="005C084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1.998,00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B250F0" w14:textId="3F49AC99" w:rsidR="005C0846" w:rsidRPr="000C46EA" w:rsidRDefault="005C0846" w:rsidP="005C0846">
            <w:pPr>
              <w:rPr>
                <w:sz w:val="15"/>
                <w:lang w:val="de-DE"/>
              </w:rPr>
            </w:pPr>
          </w:p>
        </w:tc>
      </w:tr>
      <w:tr w:rsidR="005C0846" w:rsidRPr="000C46EA" w14:paraId="629FE7ED" w14:textId="77777777" w:rsidTr="005A4904">
        <w:trPr>
          <w:cantSplit/>
          <w:jc w:val="center"/>
        </w:trPr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8C8A98F" w14:textId="77777777" w:rsidR="005C0846" w:rsidRDefault="005C0846" w:rsidP="005C0846">
            <w:pPr>
              <w:rPr>
                <w:sz w:val="15"/>
                <w:lang w:val="de-DE"/>
              </w:rPr>
            </w:pP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51DB46E" w14:textId="77777777" w:rsidR="005C0846" w:rsidRDefault="005C0846" w:rsidP="005C0846">
            <w:pPr>
              <w:rPr>
                <w:sz w:val="15"/>
                <w:lang w:val="de-DE"/>
              </w:rPr>
            </w:pP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F9FC5DC" w14:textId="77777777" w:rsidR="005C0846" w:rsidRPr="00EA0780" w:rsidRDefault="005C0846" w:rsidP="005C0846">
            <w:pPr>
              <w:rPr>
                <w:strike/>
                <w:color w:val="FF0000"/>
                <w:sz w:val="15"/>
                <w:lang w:val="de-DE"/>
              </w:rPr>
            </w:pPr>
          </w:p>
        </w:tc>
        <w:tc>
          <w:tcPr>
            <w:tcW w:w="183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F768A52" w14:textId="77777777" w:rsidR="005C0846" w:rsidRPr="000C46EA" w:rsidRDefault="005C0846" w:rsidP="005C0846">
            <w:pPr>
              <w:rPr>
                <w:sz w:val="15"/>
                <w:lang w:val="de-DE"/>
              </w:rPr>
            </w:pP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A5604D" w14:textId="77777777" w:rsidR="005C0846" w:rsidRPr="00202AF4" w:rsidRDefault="005C0846" w:rsidP="005C0846">
            <w:pPr>
              <w:rPr>
                <w:sz w:val="15"/>
                <w:lang w:val="de-DE"/>
              </w:rPr>
            </w:pP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6C551F" w14:textId="77777777" w:rsidR="005C0846" w:rsidRPr="000C46EA" w:rsidRDefault="005C0846" w:rsidP="005C0846">
            <w:pPr>
              <w:rPr>
                <w:sz w:val="15"/>
                <w:lang w:val="de-DE"/>
              </w:rPr>
            </w:pP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70A565B" w14:textId="77777777" w:rsidR="005C0846" w:rsidRPr="000C46EA" w:rsidRDefault="005C0846" w:rsidP="005C0846">
            <w:pPr>
              <w:rPr>
                <w:sz w:val="15"/>
                <w:lang w:val="de-DE"/>
              </w:rPr>
            </w:pPr>
          </w:p>
        </w:tc>
      </w:tr>
    </w:tbl>
    <w:p w14:paraId="59A0FCC2" w14:textId="77777777" w:rsidR="00307C6C" w:rsidRDefault="00307C6C">
      <w:pPr>
        <w:spacing w:line="24" w:lineRule="exact"/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700"/>
        <w:gridCol w:w="284"/>
        <w:gridCol w:w="1839"/>
        <w:gridCol w:w="993"/>
        <w:gridCol w:w="1275"/>
        <w:gridCol w:w="2840"/>
      </w:tblGrid>
      <w:tr w:rsidR="005E0AAE" w:rsidRPr="00202AF4" w14:paraId="4A78BB86" w14:textId="77777777" w:rsidTr="005A4904">
        <w:trPr>
          <w:cantSplit/>
          <w:jc w:val="center"/>
        </w:trPr>
        <w:tc>
          <w:tcPr>
            <w:tcW w:w="10206" w:type="dxa"/>
            <w:gridSpan w:val="7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138D435" w14:textId="77777777" w:rsidR="005E0AAE" w:rsidRPr="008844B6" w:rsidRDefault="005E0AAE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Absender (Ladestelle): Daimler Truck AG</w:t>
            </w:r>
            <w:r w:rsidRPr="008844B6">
              <w:rPr>
                <w:b/>
                <w:sz w:val="16"/>
                <w:lang w:val="de-DE"/>
              </w:rPr>
              <w:t xml:space="preserve">, </w:t>
            </w:r>
            <w:r>
              <w:rPr>
                <w:b/>
                <w:sz w:val="16"/>
                <w:lang w:val="de-DE"/>
              </w:rPr>
              <w:t>12345 Wörth am Rhein</w:t>
            </w:r>
          </w:p>
          <w:p w14:paraId="3C31C461" w14:textId="76BDEBDD" w:rsidR="005E0AAE" w:rsidRDefault="00601DA9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>Leergut-Zielzone</w:t>
            </w:r>
            <w:r w:rsidR="005E0AAE">
              <w:rPr>
                <w:b/>
                <w:sz w:val="16"/>
                <w:lang w:val="de-DE"/>
              </w:rPr>
              <w:t xml:space="preserve"> (falls relevant)</w:t>
            </w:r>
            <w:r w:rsidR="005E0AAE" w:rsidRPr="008844B6">
              <w:rPr>
                <w:b/>
                <w:sz w:val="16"/>
                <w:lang w:val="de-DE"/>
              </w:rPr>
              <w:t xml:space="preserve">: </w:t>
            </w:r>
            <w:r w:rsidR="005E0AAE">
              <w:rPr>
                <w:b/>
                <w:sz w:val="16"/>
                <w:lang w:val="de-DE"/>
              </w:rPr>
              <w:t>- / -</w:t>
            </w:r>
          </w:p>
          <w:p w14:paraId="5C478FE2" w14:textId="3F08E21A" w:rsidR="005E0AAE" w:rsidRDefault="005E0AAE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Empfänger (Entladestelle): </w:t>
            </w:r>
            <w:r w:rsidRPr="008844B6">
              <w:rPr>
                <w:b/>
                <w:sz w:val="16"/>
                <w:lang w:val="de-DE"/>
              </w:rPr>
              <w:t>Zulieferer Alpha GmbH, 21107 Hamburg</w:t>
            </w:r>
            <w:r w:rsidR="009D33EB">
              <w:rPr>
                <w:b/>
                <w:sz w:val="16"/>
                <w:lang w:val="de-DE"/>
              </w:rPr>
              <w:t xml:space="preserve">, LN </w:t>
            </w:r>
            <w:r w:rsidR="009D33EB" w:rsidRPr="00EA0780">
              <w:rPr>
                <w:b/>
                <w:sz w:val="16"/>
                <w:lang w:val="de-DE"/>
              </w:rPr>
              <w:t>XXXXXXX</w:t>
            </w:r>
          </w:p>
          <w:p w14:paraId="4067B85A" w14:textId="44DC86BC" w:rsidR="005E0AAE" w:rsidRDefault="005E0AAE" w:rsidP="00BD1070">
            <w:pPr>
              <w:rPr>
                <w:b/>
                <w:sz w:val="16"/>
                <w:lang w:val="de-DE"/>
              </w:rPr>
            </w:pPr>
            <w:r>
              <w:rPr>
                <w:b/>
                <w:sz w:val="16"/>
                <w:lang w:val="de-DE"/>
              </w:rPr>
              <w:t xml:space="preserve">Entfernung: </w:t>
            </w:r>
            <w:r w:rsidR="00E23971">
              <w:rPr>
                <w:b/>
                <w:sz w:val="16"/>
                <w:lang w:val="de-DE"/>
              </w:rPr>
              <w:t>233</w:t>
            </w:r>
            <w:r>
              <w:rPr>
                <w:b/>
                <w:sz w:val="16"/>
                <w:lang w:val="de-DE"/>
              </w:rPr>
              <w:t>,00 km</w:t>
            </w:r>
          </w:p>
          <w:p w14:paraId="66183A12" w14:textId="77777777" w:rsidR="005E0AAE" w:rsidRPr="00202AF4" w:rsidRDefault="005E0AAE" w:rsidP="00BD1070">
            <w:pPr>
              <w:rPr>
                <w:lang w:val="de-DE"/>
              </w:rPr>
            </w:pPr>
            <w:r>
              <w:rPr>
                <w:b/>
                <w:sz w:val="16"/>
                <w:lang w:val="de-DE"/>
              </w:rPr>
              <w:t>Absenderdatum: 01.06.2026</w:t>
            </w:r>
          </w:p>
        </w:tc>
      </w:tr>
      <w:tr w:rsidR="00043515" w:rsidRPr="00202AF4" w14:paraId="1E61F9B3" w14:textId="77777777" w:rsidTr="005A4904">
        <w:trPr>
          <w:cantSplit/>
          <w:jc w:val="center"/>
        </w:trPr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BEEE9B" w14:textId="3D68E1A0" w:rsidR="00043515" w:rsidRPr="00202AF4" w:rsidRDefault="00043515" w:rsidP="0004351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Frachtbrief</w:t>
            </w:r>
            <w:r w:rsidRPr="00202AF4">
              <w:rPr>
                <w:b/>
                <w:sz w:val="15"/>
                <w:lang w:val="de-DE"/>
              </w:rPr>
              <w:t>-Nr.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D46B80" w14:textId="59F85C9D" w:rsidR="00043515" w:rsidRPr="00202AF4" w:rsidRDefault="00043515" w:rsidP="0004351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Fracht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F2CFA60" w14:textId="0815900F" w:rsidR="00043515" w:rsidRPr="00817245" w:rsidRDefault="00043515" w:rsidP="00043515">
            <w:pPr>
              <w:rPr>
                <w:b/>
                <w:sz w:val="15"/>
                <w:lang w:val="de-DE"/>
              </w:rPr>
            </w:pPr>
          </w:p>
        </w:tc>
        <w:tc>
          <w:tcPr>
            <w:tcW w:w="1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DAA5B48" w14:textId="57191A74" w:rsidR="00043515" w:rsidRPr="00202AF4" w:rsidRDefault="00043515" w:rsidP="00043515">
            <w:pPr>
              <w:rPr>
                <w:lang w:val="de-DE"/>
              </w:rPr>
            </w:pPr>
            <w:r w:rsidRPr="00817245">
              <w:rPr>
                <w:b/>
                <w:sz w:val="15"/>
                <w:lang w:val="de-DE"/>
              </w:rPr>
              <w:t>Bezeichnung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7CB5B0" w14:textId="1C631D67" w:rsidR="00043515" w:rsidRPr="00202AF4" w:rsidRDefault="00043515" w:rsidP="0004351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Anzahl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532DA6" w14:textId="25EF9991" w:rsidR="00043515" w:rsidRPr="00202AF4" w:rsidRDefault="00043515" w:rsidP="00043515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Gewicht (kg)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0B3E4D" w14:textId="283A56A1" w:rsidR="00043515" w:rsidRPr="00202AF4" w:rsidRDefault="00043515" w:rsidP="00043515">
            <w:pPr>
              <w:rPr>
                <w:lang w:val="de-DE"/>
              </w:rPr>
            </w:pPr>
          </w:p>
        </w:tc>
      </w:tr>
      <w:tr w:rsidR="00043515" w:rsidRPr="00202AF4" w14:paraId="174EF482" w14:textId="77777777" w:rsidTr="005A4904">
        <w:trPr>
          <w:cantSplit/>
          <w:jc w:val="center"/>
        </w:trPr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B506D2" w14:textId="746692F3" w:rsidR="00043515" w:rsidRPr="000C46EA" w:rsidRDefault="00043515" w:rsidP="0004351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XXXXXXXXXX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ED36202" w14:textId="6A0FE10A" w:rsidR="00043515" w:rsidRPr="000C46EA" w:rsidRDefault="00043515" w:rsidP="0004351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Leergut (Kat. 0)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E63B7A7" w14:textId="1AE1CE7E" w:rsidR="00043515" w:rsidRPr="00EA0780" w:rsidRDefault="00043515" w:rsidP="00043515">
            <w:pPr>
              <w:rPr>
                <w:strike/>
                <w:color w:val="FF0000"/>
                <w:sz w:val="15"/>
                <w:lang w:val="de-DE"/>
              </w:rPr>
            </w:pPr>
          </w:p>
        </w:tc>
        <w:tc>
          <w:tcPr>
            <w:tcW w:w="1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C592BC" w14:textId="2C339B33" w:rsidR="00043515" w:rsidRPr="000C46EA" w:rsidRDefault="00A05986" w:rsidP="0004351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205010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9AFE74" w14:textId="4DA22178" w:rsidR="00043515" w:rsidRPr="000C46EA" w:rsidRDefault="00825B23" w:rsidP="00043515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207EE8" w14:textId="74E9BA24" w:rsidR="00043515" w:rsidRPr="00202AF4" w:rsidRDefault="00043515" w:rsidP="00043515">
            <w:pPr>
              <w:rPr>
                <w:lang w:val="de-DE"/>
              </w:rPr>
            </w:pPr>
            <w:r>
              <w:rPr>
                <w:sz w:val="15"/>
                <w:lang w:val="de-DE"/>
              </w:rPr>
              <w:t>2</w:t>
            </w:r>
            <w:r w:rsidR="00825B23">
              <w:rPr>
                <w:sz w:val="15"/>
                <w:lang w:val="de-DE"/>
              </w:rPr>
              <w:t>72</w:t>
            </w:r>
            <w:r>
              <w:rPr>
                <w:sz w:val="15"/>
                <w:lang w:val="de-DE"/>
              </w:rPr>
              <w:t>,00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B17129" w14:textId="611A24B2" w:rsidR="00043515" w:rsidRPr="00202AF4" w:rsidRDefault="00043515" w:rsidP="00043515">
            <w:pPr>
              <w:rPr>
                <w:lang w:val="de-DE"/>
              </w:rPr>
            </w:pPr>
          </w:p>
        </w:tc>
      </w:tr>
      <w:tr w:rsidR="00043515" w:rsidRPr="00202AF4" w14:paraId="3C000C85" w14:textId="77777777" w:rsidTr="005A4904">
        <w:trPr>
          <w:cantSplit/>
          <w:jc w:val="center"/>
        </w:trPr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098004" w14:textId="369D6628" w:rsidR="00043515" w:rsidRPr="00182279" w:rsidRDefault="00043515" w:rsidP="00043515">
            <w:pPr>
              <w:rPr>
                <w:sz w:val="15"/>
                <w:szCs w:val="15"/>
                <w:lang w:val="de-DE"/>
              </w:rPr>
            </w:pPr>
            <w:r w:rsidRPr="00182279">
              <w:rPr>
                <w:sz w:val="15"/>
                <w:szCs w:val="15"/>
                <w:lang w:val="de-DE"/>
              </w:rPr>
              <w:t>XXXXXXXXXX</w:t>
            </w: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80DCD0" w14:textId="215A97E6" w:rsidR="00043515" w:rsidRPr="00182279" w:rsidRDefault="00043515" w:rsidP="00043515">
            <w:pPr>
              <w:rPr>
                <w:sz w:val="15"/>
                <w:szCs w:val="15"/>
                <w:lang w:val="de-DE"/>
              </w:rPr>
            </w:pPr>
            <w:r w:rsidRPr="00182279">
              <w:rPr>
                <w:sz w:val="15"/>
                <w:szCs w:val="15"/>
                <w:lang w:val="de-DE"/>
              </w:rPr>
              <w:t>Leergut (Kat. G)</w:t>
            </w: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6A3FCB7" w14:textId="77777777" w:rsidR="00043515" w:rsidRPr="00182279" w:rsidRDefault="0004351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1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27973C" w14:textId="74C2B4BE" w:rsidR="00043515" w:rsidRPr="00182279" w:rsidRDefault="00DC1A27" w:rsidP="00043515">
            <w:pPr>
              <w:rPr>
                <w:sz w:val="15"/>
                <w:szCs w:val="15"/>
                <w:lang w:val="de-DE"/>
              </w:rPr>
            </w:pPr>
            <w:r>
              <w:rPr>
                <w:sz w:val="15"/>
                <w:szCs w:val="15"/>
                <w:lang w:val="de-DE"/>
              </w:rPr>
              <w:t>4315</w:t>
            </w: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E1B93B" w14:textId="0732B03B" w:rsidR="00043515" w:rsidRPr="00182279" w:rsidRDefault="00DC1A27" w:rsidP="00043515">
            <w:pPr>
              <w:rPr>
                <w:sz w:val="15"/>
                <w:szCs w:val="15"/>
                <w:lang w:val="de-DE"/>
              </w:rPr>
            </w:pPr>
            <w:r>
              <w:rPr>
                <w:sz w:val="15"/>
                <w:szCs w:val="15"/>
                <w:lang w:val="de-DE"/>
              </w:rPr>
              <w:t>240</w:t>
            </w: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8BDD95" w14:textId="695B458D" w:rsidR="00043515" w:rsidRPr="00202AF4" w:rsidRDefault="00043515" w:rsidP="00043515">
            <w:pPr>
              <w:rPr>
                <w:lang w:val="de-DE"/>
              </w:rPr>
            </w:pPr>
            <w:r>
              <w:rPr>
                <w:sz w:val="15"/>
                <w:szCs w:val="15"/>
                <w:lang w:val="de-DE"/>
              </w:rPr>
              <w:t>309,00</w:t>
            </w: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C06C1A" w14:textId="42FEA212" w:rsidR="00043515" w:rsidRPr="00202AF4" w:rsidRDefault="00043515" w:rsidP="00043515">
            <w:pPr>
              <w:rPr>
                <w:lang w:val="de-DE"/>
              </w:rPr>
            </w:pPr>
          </w:p>
        </w:tc>
      </w:tr>
      <w:tr w:rsidR="00687245" w:rsidRPr="00202AF4" w14:paraId="6E67DD85" w14:textId="77777777" w:rsidTr="005A4904">
        <w:trPr>
          <w:cantSplit/>
          <w:jc w:val="center"/>
        </w:trPr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F03C5A" w14:textId="77777777" w:rsidR="00687245" w:rsidRPr="00182279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170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4815DF" w14:textId="77777777" w:rsidR="00687245" w:rsidRPr="00182279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2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7BE94C" w14:textId="77777777" w:rsidR="00687245" w:rsidRPr="00182279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1839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B1E7EB" w14:textId="77777777" w:rsidR="00687245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99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F1AFE03" w14:textId="77777777" w:rsidR="00687245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127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98F7230" w14:textId="77777777" w:rsidR="00687245" w:rsidRDefault="00687245" w:rsidP="00043515">
            <w:pPr>
              <w:rPr>
                <w:sz w:val="15"/>
                <w:szCs w:val="15"/>
                <w:lang w:val="de-DE"/>
              </w:rPr>
            </w:pPr>
          </w:p>
        </w:tc>
        <w:tc>
          <w:tcPr>
            <w:tcW w:w="284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1C5EA6" w14:textId="77777777" w:rsidR="00687245" w:rsidRPr="00202AF4" w:rsidRDefault="00687245" w:rsidP="00043515">
            <w:pPr>
              <w:rPr>
                <w:lang w:val="de-DE"/>
              </w:rPr>
            </w:pPr>
          </w:p>
        </w:tc>
      </w:tr>
    </w:tbl>
    <w:p w14:paraId="4B06E50F" w14:textId="77777777" w:rsidR="005E0AAE" w:rsidRDefault="005E0AAE" w:rsidP="005E0AAE">
      <w:pPr>
        <w:spacing w:line="24" w:lineRule="exact"/>
        <w:rPr>
          <w:lang w:val="de-DE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36"/>
        <w:gridCol w:w="816"/>
        <w:gridCol w:w="1110"/>
        <w:gridCol w:w="1455"/>
        <w:gridCol w:w="1550"/>
        <w:gridCol w:w="1413"/>
        <w:gridCol w:w="1422"/>
      </w:tblGrid>
      <w:tr w:rsidR="00D4011D" w:rsidRPr="00202AF4" w14:paraId="6774C12B" w14:textId="77777777" w:rsidTr="007447B1">
        <w:trPr>
          <w:cantSplit/>
          <w:trHeight w:val="214"/>
          <w:jc w:val="center"/>
        </w:trPr>
        <w:tc>
          <w:tcPr>
            <w:tcW w:w="704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8E5560" w14:textId="6F8E58EC" w:rsidR="00D4011D" w:rsidRPr="00202AF4" w:rsidRDefault="00D4011D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96E376B" w14:textId="77777777" w:rsidR="00D4011D" w:rsidRPr="00202AF4" w:rsidRDefault="00D4011D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Leistung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50BACB" w14:textId="77777777" w:rsidR="00D4011D" w:rsidRPr="00202AF4" w:rsidRDefault="00D4011D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Menge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081ADD0F" w14:textId="77777777" w:rsidR="00D4011D" w:rsidRDefault="00D4011D" w:rsidP="00BD1070">
            <w:pPr>
              <w:rPr>
                <w:b/>
                <w:sz w:val="15"/>
                <w:lang w:val="de-DE"/>
              </w:rPr>
            </w:pPr>
            <w:r>
              <w:rPr>
                <w:b/>
                <w:sz w:val="15"/>
                <w:lang w:val="de-DE"/>
              </w:rPr>
              <w:t>Einheit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99F3DBA" w14:textId="77777777" w:rsidR="00D4011D" w:rsidRPr="00202AF4" w:rsidRDefault="00D4011D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Einzelpreis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D0FC1AB" w14:textId="77777777" w:rsidR="00D4011D" w:rsidRPr="00202AF4" w:rsidRDefault="00D4011D" w:rsidP="00BD1070">
            <w:pPr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Basis/Info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991419" w14:textId="4114A359" w:rsidR="00D4011D" w:rsidRPr="00FE3FF6" w:rsidRDefault="00D4011D" w:rsidP="00BD1070">
            <w:pPr>
              <w:rPr>
                <w:b/>
                <w:sz w:val="15"/>
                <w:lang w:val="de-DE"/>
              </w:rPr>
            </w:pPr>
            <w:r w:rsidRPr="00FE3FF6">
              <w:rPr>
                <w:b/>
                <w:sz w:val="15"/>
                <w:lang w:val="de-DE"/>
              </w:rPr>
              <w:t>Zwischenbetrag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A4C70A" w14:textId="77777777" w:rsidR="00D4011D" w:rsidRPr="00202AF4" w:rsidRDefault="00D4011D" w:rsidP="00BD1070">
            <w:pPr>
              <w:jc w:val="right"/>
              <w:rPr>
                <w:lang w:val="de-DE"/>
              </w:rPr>
            </w:pPr>
            <w:r>
              <w:rPr>
                <w:b/>
                <w:sz w:val="15"/>
                <w:lang w:val="de-DE"/>
              </w:rPr>
              <w:t>Betrag</w:t>
            </w:r>
          </w:p>
        </w:tc>
      </w:tr>
      <w:tr w:rsidR="00D4011D" w:rsidRPr="00505BF4" w14:paraId="5043C4D1" w14:textId="77777777" w:rsidTr="007447B1">
        <w:trPr>
          <w:cantSplit/>
          <w:trHeight w:val="214"/>
          <w:jc w:val="center"/>
        </w:trPr>
        <w:tc>
          <w:tcPr>
            <w:tcW w:w="704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523761A" w14:textId="77777777" w:rsidR="00D4011D" w:rsidRPr="000C46EA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10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767101" w14:textId="628FEEAD" w:rsidR="00D4011D" w:rsidRPr="000C46EA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3D | </w:t>
            </w:r>
            <w:r w:rsidRPr="000C46EA">
              <w:rPr>
                <w:sz w:val="15"/>
                <w:lang w:val="de-DE"/>
              </w:rPr>
              <w:t xml:space="preserve">Leergut (Kat. </w:t>
            </w:r>
            <w:r>
              <w:rPr>
                <w:sz w:val="15"/>
                <w:lang w:val="de-DE"/>
              </w:rPr>
              <w:t>0</w:t>
            </w:r>
            <w:r w:rsidRPr="000C46EA">
              <w:rPr>
                <w:sz w:val="15"/>
                <w:lang w:val="de-DE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6D9F7A0" w14:textId="3A01BBCC" w:rsidR="00D4011D" w:rsidRPr="000C46EA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12FD7AD0" w14:textId="11FE5072" w:rsidR="00D4011D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Stück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5D2E31" w14:textId="25A9F5A4" w:rsidR="00D4011D" w:rsidRPr="000C46EA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2,50 EUR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C1E339" w14:textId="7AE1E4DF" w:rsidR="00D4011D" w:rsidRPr="000C46EA" w:rsidRDefault="00D4011D" w:rsidP="00BD1070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Je 1 Stück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391917" w14:textId="6C7D2A7F" w:rsidR="00D4011D" w:rsidRPr="000C46EA" w:rsidRDefault="00D4011D" w:rsidP="00BD1070">
            <w:pPr>
              <w:rPr>
                <w:sz w:val="15"/>
                <w:lang w:val="de-DE"/>
              </w:rPr>
            </w:pPr>
            <w:r w:rsidRPr="00505BF4">
              <w:rPr>
                <w:sz w:val="15"/>
                <w:lang w:val="de-DE"/>
              </w:rPr>
              <w:t>100,00 EUR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8465D6" w14:textId="5216D38E" w:rsidR="00D4011D" w:rsidRPr="00505BF4" w:rsidRDefault="00A45605" w:rsidP="00BD1070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100,00 EUR</w:t>
            </w:r>
          </w:p>
        </w:tc>
      </w:tr>
      <w:tr w:rsidR="00D4011D" w:rsidRPr="00A45605" w14:paraId="14213D4D" w14:textId="77777777" w:rsidTr="007447B1">
        <w:trPr>
          <w:cantSplit/>
          <w:trHeight w:val="214"/>
          <w:jc w:val="center"/>
        </w:trPr>
        <w:tc>
          <w:tcPr>
            <w:tcW w:w="7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2D06E4" w14:textId="6D1A30FF" w:rsidR="00D4011D" w:rsidRDefault="00A45605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</w:t>
            </w:r>
            <w:r w:rsidR="00D4011D">
              <w:rPr>
                <w:sz w:val="15"/>
                <w:lang w:val="de-DE"/>
              </w:rPr>
              <w:t>0</w:t>
            </w:r>
          </w:p>
        </w:tc>
        <w:tc>
          <w:tcPr>
            <w:tcW w:w="173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06E2166" w14:textId="627E9C07" w:rsidR="00D4011D" w:rsidRPr="000C46EA" w:rsidRDefault="00D4011D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3D | </w:t>
            </w:r>
            <w:r w:rsidRPr="000C46EA">
              <w:rPr>
                <w:sz w:val="15"/>
                <w:lang w:val="de-DE"/>
              </w:rPr>
              <w:t xml:space="preserve">Leergut (Kat. </w:t>
            </w:r>
            <w:r>
              <w:rPr>
                <w:sz w:val="15"/>
                <w:lang w:val="de-DE"/>
              </w:rPr>
              <w:t>G</w:t>
            </w:r>
            <w:r w:rsidRPr="000C46EA">
              <w:rPr>
                <w:sz w:val="15"/>
                <w:lang w:val="de-DE"/>
              </w:rPr>
              <w:t>)</w:t>
            </w:r>
            <w:r>
              <w:rPr>
                <w:sz w:val="15"/>
                <w:lang w:val="de-DE"/>
              </w:rPr>
              <w:t xml:space="preserve"> Rückwaren + Packmittel</w:t>
            </w:r>
          </w:p>
        </w:tc>
        <w:tc>
          <w:tcPr>
            <w:tcW w:w="81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C04099A" w14:textId="4ABE94C9" w:rsidR="00D4011D" w:rsidRDefault="00D4011D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2.307,00</w:t>
            </w:r>
          </w:p>
        </w:tc>
        <w:tc>
          <w:tcPr>
            <w:tcW w:w="1110" w:type="dxa"/>
            <w:vAlign w:val="center"/>
          </w:tcPr>
          <w:p w14:paraId="71F13C56" w14:textId="3983C3F0" w:rsidR="00D4011D" w:rsidRDefault="00D4011D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Kg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EA49A50" w14:textId="7AE2A647" w:rsidR="00D4011D" w:rsidRDefault="00D4011D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17,00 EUR</w:t>
            </w:r>
          </w:p>
        </w:tc>
        <w:tc>
          <w:tcPr>
            <w:tcW w:w="155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C0DEA2" w14:textId="6DFEDD40" w:rsidR="00D4011D" w:rsidRDefault="00D4011D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Je 100 kg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A1C989" w14:textId="7C5222A7" w:rsidR="00D4011D" w:rsidRPr="000C46EA" w:rsidRDefault="00A45605" w:rsidP="00797786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408,00 EUR</w:t>
            </w: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4BD7AEB" w14:textId="4C3BF87A" w:rsidR="00D4011D" w:rsidRPr="00A45605" w:rsidRDefault="00A45605" w:rsidP="00797786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408,00 EUR</w:t>
            </w:r>
          </w:p>
        </w:tc>
      </w:tr>
      <w:tr w:rsidR="00D4011D" w:rsidRPr="0065304E" w14:paraId="5F23E5B4" w14:textId="77777777" w:rsidTr="007447B1">
        <w:trPr>
          <w:cantSplit/>
          <w:trHeight w:val="214"/>
          <w:jc w:val="center"/>
        </w:trPr>
        <w:tc>
          <w:tcPr>
            <w:tcW w:w="7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A28F2B" w14:textId="1B73C30C" w:rsidR="00D4011D" w:rsidRDefault="00A45605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30</w:t>
            </w:r>
          </w:p>
        </w:tc>
        <w:tc>
          <w:tcPr>
            <w:tcW w:w="173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55B57A3" w14:textId="368F337F" w:rsidR="00D4011D" w:rsidRDefault="00D4011D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Marge Ladungsfracht</w:t>
            </w:r>
          </w:p>
        </w:tc>
        <w:tc>
          <w:tcPr>
            <w:tcW w:w="81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C3DDB29" w14:textId="609998B8" w:rsidR="00D4011D" w:rsidRDefault="00D4011D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75</w:t>
            </w:r>
            <w:r w:rsidR="00ED79AC">
              <w:rPr>
                <w:sz w:val="15"/>
                <w:lang w:val="de-DE"/>
              </w:rPr>
              <w:t>,00</w:t>
            </w:r>
          </w:p>
        </w:tc>
        <w:tc>
          <w:tcPr>
            <w:tcW w:w="1110" w:type="dxa"/>
            <w:vAlign w:val="center"/>
          </w:tcPr>
          <w:p w14:paraId="5C0D90A8" w14:textId="79A70CF0" w:rsidR="00D4011D" w:rsidRDefault="00D4011D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F7351EE" w14:textId="77777777" w:rsidR="00D4011D" w:rsidRDefault="00D4011D" w:rsidP="00BA45E4">
            <w:pPr>
              <w:rPr>
                <w:sz w:val="15"/>
                <w:lang w:val="de-DE"/>
              </w:rPr>
            </w:pPr>
          </w:p>
        </w:tc>
        <w:tc>
          <w:tcPr>
            <w:tcW w:w="155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61AC338" w14:textId="2BF827A8" w:rsidR="00D4011D" w:rsidRDefault="00D4011D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 xml:space="preserve">Pos. </w:t>
            </w:r>
            <w:r w:rsidR="00A45605">
              <w:rPr>
                <w:sz w:val="15"/>
                <w:lang w:val="de-DE"/>
              </w:rPr>
              <w:t>10 und 20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36C7892" w14:textId="2DC6ABCC" w:rsidR="00D4011D" w:rsidRPr="000C46EA" w:rsidRDefault="00610932" w:rsidP="00BA45E4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381,00</w:t>
            </w:r>
            <w:r w:rsidRPr="0065304E">
              <w:rPr>
                <w:sz w:val="15"/>
                <w:lang w:val="de-DE"/>
              </w:rPr>
              <w:t xml:space="preserve"> EUR</w:t>
            </w: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5A6D68" w14:textId="11B0AA0A" w:rsidR="00D4011D" w:rsidRPr="0065304E" w:rsidRDefault="00A45605" w:rsidP="00BA45E4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381,00</w:t>
            </w:r>
            <w:r w:rsidR="00D4011D" w:rsidRPr="0065304E">
              <w:rPr>
                <w:sz w:val="15"/>
                <w:lang w:val="de-DE"/>
              </w:rPr>
              <w:t xml:space="preserve"> EUR</w:t>
            </w:r>
          </w:p>
        </w:tc>
      </w:tr>
      <w:tr w:rsidR="00610932" w:rsidRPr="0065304E" w14:paraId="2EF8C7FC" w14:textId="77777777" w:rsidTr="007447B1">
        <w:trPr>
          <w:cantSplit/>
          <w:trHeight w:val="214"/>
          <w:jc w:val="center"/>
        </w:trPr>
        <w:tc>
          <w:tcPr>
            <w:tcW w:w="7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3CF8F4" w14:textId="77777777" w:rsidR="00610932" w:rsidRDefault="00610932" w:rsidP="00610932">
            <w:pPr>
              <w:rPr>
                <w:sz w:val="15"/>
                <w:lang w:val="de-DE"/>
              </w:rPr>
            </w:pPr>
          </w:p>
          <w:p w14:paraId="296D8EF0" w14:textId="77777777" w:rsidR="00610932" w:rsidRDefault="00610932" w:rsidP="00610932">
            <w:pPr>
              <w:rPr>
                <w:sz w:val="15"/>
                <w:lang w:val="de-DE"/>
              </w:rPr>
            </w:pPr>
          </w:p>
          <w:p w14:paraId="1EC434F1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73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82FBFBD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81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ADBACBA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110" w:type="dxa"/>
            <w:vAlign w:val="center"/>
          </w:tcPr>
          <w:p w14:paraId="287E00BD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EF09BD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55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55382D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59101C" w14:textId="6D8A8E85" w:rsidR="00610932" w:rsidRPr="000C46EA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889,00 EUR</w:t>
            </w: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CBBC03" w14:textId="212756F1" w:rsidR="00610932" w:rsidRDefault="00610932" w:rsidP="00610932">
            <w:pPr>
              <w:jc w:val="right"/>
              <w:rPr>
                <w:sz w:val="15"/>
                <w:lang w:val="de-DE"/>
              </w:rPr>
            </w:pPr>
          </w:p>
        </w:tc>
      </w:tr>
      <w:tr w:rsidR="00610932" w:rsidRPr="0065304E" w14:paraId="1D2D5AC8" w14:textId="77777777" w:rsidTr="007447B1">
        <w:trPr>
          <w:cantSplit/>
          <w:trHeight w:val="214"/>
          <w:jc w:val="center"/>
        </w:trPr>
        <w:tc>
          <w:tcPr>
            <w:tcW w:w="7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22A52AD" w14:textId="59BAA96D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50</w:t>
            </w:r>
          </w:p>
        </w:tc>
        <w:tc>
          <w:tcPr>
            <w:tcW w:w="173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B2AF1B" w14:textId="161F80D2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Max. Ladungsfracht</w:t>
            </w:r>
          </w:p>
        </w:tc>
        <w:tc>
          <w:tcPr>
            <w:tcW w:w="81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F48D2D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110" w:type="dxa"/>
            <w:vAlign w:val="center"/>
          </w:tcPr>
          <w:p w14:paraId="39D8E68B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112B40" w14:textId="0740B9A5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750,00 EUR</w:t>
            </w:r>
          </w:p>
        </w:tc>
        <w:tc>
          <w:tcPr>
            <w:tcW w:w="155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B51E67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5C1B54" w14:textId="77777777" w:rsidR="00610932" w:rsidRPr="000C46EA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912B0D" w14:textId="2B8A2D10" w:rsidR="00610932" w:rsidRPr="0065304E" w:rsidRDefault="00610932" w:rsidP="00610932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750,00 EUR</w:t>
            </w:r>
          </w:p>
        </w:tc>
      </w:tr>
      <w:tr w:rsidR="00610932" w:rsidRPr="00F174FC" w14:paraId="2D28A700" w14:textId="77777777" w:rsidTr="007447B1">
        <w:trPr>
          <w:cantSplit/>
          <w:trHeight w:val="214"/>
          <w:jc w:val="center"/>
        </w:trPr>
        <w:tc>
          <w:tcPr>
            <w:tcW w:w="7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4F2E8E8" w14:textId="4799129D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60</w:t>
            </w:r>
          </w:p>
        </w:tc>
        <w:tc>
          <w:tcPr>
            <w:tcW w:w="173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DDE3A6" w14:textId="72B113C3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3H | Dieselzuschlag</w:t>
            </w:r>
          </w:p>
        </w:tc>
        <w:tc>
          <w:tcPr>
            <w:tcW w:w="81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732934" w14:textId="5CC64FFC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5,71</w:t>
            </w:r>
          </w:p>
        </w:tc>
        <w:tc>
          <w:tcPr>
            <w:tcW w:w="1110" w:type="dxa"/>
            <w:vAlign w:val="center"/>
          </w:tcPr>
          <w:p w14:paraId="090077D3" w14:textId="3EF74BF7" w:rsidR="00610932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%</w:t>
            </w:r>
          </w:p>
        </w:tc>
        <w:tc>
          <w:tcPr>
            <w:tcW w:w="1455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2019B83" w14:textId="77777777" w:rsidR="00610932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550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82F4B71" w14:textId="19FF2552" w:rsidR="00610932" w:rsidRDefault="00610932" w:rsidP="00610932">
            <w:pPr>
              <w:rPr>
                <w:sz w:val="15"/>
                <w:lang w:val="de-DE"/>
              </w:rPr>
            </w:pPr>
          </w:p>
          <w:p w14:paraId="42B7E3D4" w14:textId="032F23DB" w:rsidR="00610932" w:rsidRPr="00E464A0" w:rsidRDefault="00610932" w:rsidP="00610932">
            <w:pPr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P</w:t>
            </w:r>
            <w:r w:rsidRPr="00E464A0">
              <w:rPr>
                <w:sz w:val="15"/>
                <w:lang w:val="de-DE"/>
              </w:rPr>
              <w:t xml:space="preserve">os. </w:t>
            </w:r>
            <w:r>
              <w:rPr>
                <w:sz w:val="15"/>
                <w:lang w:val="de-DE"/>
              </w:rPr>
              <w:t>10-30</w:t>
            </w:r>
          </w:p>
        </w:tc>
        <w:tc>
          <w:tcPr>
            <w:tcW w:w="141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EBABEB" w14:textId="77777777" w:rsidR="00610932" w:rsidRPr="000C46EA" w:rsidRDefault="00610932" w:rsidP="00610932">
            <w:pPr>
              <w:rPr>
                <w:sz w:val="15"/>
                <w:lang w:val="de-DE"/>
              </w:rPr>
            </w:pPr>
          </w:p>
        </w:tc>
        <w:tc>
          <w:tcPr>
            <w:tcW w:w="142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2F2844" w14:textId="11825A18" w:rsidR="00610932" w:rsidRPr="00F174FC" w:rsidRDefault="00610932" w:rsidP="00610932">
            <w:pPr>
              <w:jc w:val="right"/>
              <w:rPr>
                <w:sz w:val="15"/>
                <w:lang w:val="de-DE"/>
              </w:rPr>
            </w:pPr>
            <w:r>
              <w:rPr>
                <w:sz w:val="15"/>
                <w:lang w:val="de-DE"/>
              </w:rPr>
              <w:t>50,76</w:t>
            </w:r>
            <w:r w:rsidRPr="00F174FC">
              <w:rPr>
                <w:sz w:val="15"/>
                <w:lang w:val="de-DE"/>
              </w:rPr>
              <w:t xml:space="preserve"> EUR</w:t>
            </w:r>
          </w:p>
        </w:tc>
      </w:tr>
    </w:tbl>
    <w:p w14:paraId="5A45C238" w14:textId="77777777" w:rsidR="005E0AAE" w:rsidRDefault="005E0AAE">
      <w:pPr>
        <w:spacing w:line="24" w:lineRule="exact"/>
      </w:pPr>
    </w:p>
    <w:tbl>
      <w:tblPr>
        <w:tblW w:w="10205" w:type="dxa"/>
        <w:jc w:val="center"/>
        <w:tblBorders>
          <w:top w:val="single" w:sz="5" w:space="0" w:color="000000"/>
          <w:left w:val="nil"/>
          <w:bottom w:val="double" w:sz="5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3402"/>
      </w:tblGrid>
      <w:tr w:rsidR="002E24AC" w:rsidRPr="00202AF4" w14:paraId="626BC6F4" w14:textId="77777777" w:rsidTr="005563A8">
        <w:trPr>
          <w:cantSplit/>
          <w:jc w:val="center"/>
        </w:trPr>
        <w:tc>
          <w:tcPr>
            <w:tcW w:w="6803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3627FD" w14:textId="5EE33B66" w:rsidR="002E24AC" w:rsidRPr="00202AF4" w:rsidRDefault="002E24AC" w:rsidP="005563A8">
            <w:pPr>
              <w:jc w:val="right"/>
              <w:rPr>
                <w:lang w:val="de-DE"/>
              </w:rPr>
            </w:pPr>
          </w:p>
        </w:tc>
        <w:tc>
          <w:tcPr>
            <w:tcW w:w="340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EA8F27E" w14:textId="2EEB0D60" w:rsidR="002E24AC" w:rsidRPr="00202AF4" w:rsidRDefault="00610932" w:rsidP="005563A8">
            <w:pPr>
              <w:jc w:val="right"/>
              <w:rPr>
                <w:lang w:val="de-DE"/>
              </w:rPr>
            </w:pPr>
            <w:r>
              <w:rPr>
                <w:b/>
                <w:sz w:val="18"/>
                <w:lang w:val="de-DE"/>
              </w:rPr>
              <w:t>800,76</w:t>
            </w:r>
            <w:r w:rsidR="002E24AC" w:rsidRPr="00202AF4">
              <w:rPr>
                <w:b/>
                <w:sz w:val="18"/>
                <w:lang w:val="de-DE"/>
              </w:rPr>
              <w:t xml:space="preserve"> EUR</w:t>
            </w:r>
          </w:p>
        </w:tc>
      </w:tr>
    </w:tbl>
    <w:p w14:paraId="0CD4C18A" w14:textId="77777777" w:rsidR="00FE5B5A" w:rsidRDefault="00FE5B5A" w:rsidP="007447B1">
      <w:pPr>
        <w:rPr>
          <w:b/>
          <w:sz w:val="21"/>
        </w:rPr>
      </w:pPr>
    </w:p>
    <w:p w14:paraId="409E0FE8" w14:textId="77777777" w:rsidR="008B1692" w:rsidRDefault="008B1692">
      <w:pPr>
        <w:keepNext/>
        <w:pBdr>
          <w:bottom w:val="single" w:sz="6" w:space="1" w:color="000000"/>
        </w:pBdr>
        <w:spacing w:after="40"/>
        <w:rPr>
          <w:b/>
          <w:sz w:val="21"/>
        </w:rPr>
      </w:pPr>
    </w:p>
    <w:p w14:paraId="2CC4CF80" w14:textId="77777777" w:rsidR="008B1692" w:rsidRDefault="008B1692">
      <w:pPr>
        <w:keepNext/>
        <w:pBdr>
          <w:bottom w:val="single" w:sz="6" w:space="1" w:color="000000"/>
        </w:pBdr>
        <w:spacing w:after="40"/>
        <w:rPr>
          <w:b/>
          <w:sz w:val="21"/>
        </w:rPr>
      </w:pPr>
    </w:p>
    <w:p w14:paraId="57DFDFCC" w14:textId="77777777" w:rsidR="008B1692" w:rsidRDefault="008B1692">
      <w:pPr>
        <w:keepNext/>
        <w:pBdr>
          <w:bottom w:val="single" w:sz="6" w:space="1" w:color="000000"/>
        </w:pBdr>
        <w:spacing w:after="40"/>
        <w:rPr>
          <w:b/>
          <w:sz w:val="21"/>
        </w:rPr>
      </w:pPr>
    </w:p>
    <w:p w14:paraId="168F4BEE" w14:textId="77777777" w:rsidR="008B1692" w:rsidRDefault="008B1692">
      <w:pPr>
        <w:keepNext/>
        <w:pBdr>
          <w:bottom w:val="single" w:sz="6" w:space="1" w:color="000000"/>
        </w:pBdr>
        <w:spacing w:after="40"/>
        <w:rPr>
          <w:b/>
          <w:sz w:val="21"/>
        </w:rPr>
      </w:pPr>
    </w:p>
    <w:p w14:paraId="02868D20" w14:textId="429984FA" w:rsidR="00307C6C" w:rsidRDefault="00D3783D">
      <w:pPr>
        <w:keepNext/>
        <w:pBdr>
          <w:bottom w:val="single" w:sz="6" w:space="1" w:color="000000"/>
        </w:pBdr>
        <w:spacing w:after="40"/>
      </w:pPr>
      <w:r>
        <w:rPr>
          <w:b/>
          <w:sz w:val="21"/>
        </w:rPr>
        <w:t>RECHNUNGSSUMME</w:t>
      </w:r>
    </w:p>
    <w:tbl>
      <w:tblPr>
        <w:tblW w:w="10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14"/>
        <w:gridCol w:w="1247"/>
        <w:gridCol w:w="2268"/>
        <w:gridCol w:w="1587"/>
        <w:gridCol w:w="1984"/>
      </w:tblGrid>
      <w:tr w:rsidR="00307C6C" w14:paraId="5C2E85B2" w14:textId="77777777">
        <w:trPr>
          <w:cantSplit/>
          <w:jc w:val="center"/>
        </w:trPr>
        <w:tc>
          <w:tcPr>
            <w:tcW w:w="13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EE0A6F0" w14:textId="77777777" w:rsidR="00307C6C" w:rsidRPr="00C3096F" w:rsidRDefault="00D3783D">
            <w:pPr>
              <w:rPr>
                <w:sz w:val="18"/>
                <w:szCs w:val="18"/>
              </w:rPr>
            </w:pPr>
            <w:proofErr w:type="spellStart"/>
            <w:r w:rsidRPr="00C3096F">
              <w:rPr>
                <w:b/>
                <w:sz w:val="18"/>
                <w:szCs w:val="18"/>
              </w:rPr>
              <w:t>steuerfrei</w:t>
            </w:r>
            <w:proofErr w:type="spellEnd"/>
          </w:p>
        </w:tc>
        <w:tc>
          <w:tcPr>
            <w:tcW w:w="181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714CBD" w14:textId="77777777" w:rsidR="00307C6C" w:rsidRPr="00C3096F" w:rsidRDefault="00D3783D">
            <w:pPr>
              <w:jc w:val="right"/>
              <w:rPr>
                <w:sz w:val="18"/>
                <w:szCs w:val="18"/>
              </w:rPr>
            </w:pPr>
            <w:proofErr w:type="spellStart"/>
            <w:r w:rsidRPr="00C3096F">
              <w:rPr>
                <w:b/>
                <w:sz w:val="18"/>
                <w:szCs w:val="18"/>
              </w:rPr>
              <w:t>steuerpflichtig</w:t>
            </w:r>
            <w:proofErr w:type="spellEnd"/>
          </w:p>
        </w:tc>
        <w:tc>
          <w:tcPr>
            <w:tcW w:w="124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99A955" w14:textId="77777777" w:rsidR="00307C6C" w:rsidRPr="00C3096F" w:rsidRDefault="00D3783D">
            <w:pPr>
              <w:jc w:val="right"/>
              <w:rPr>
                <w:sz w:val="18"/>
                <w:szCs w:val="18"/>
              </w:rPr>
            </w:pPr>
            <w:r w:rsidRPr="00C3096F">
              <w:rPr>
                <w:b/>
                <w:sz w:val="18"/>
                <w:szCs w:val="18"/>
              </w:rPr>
              <w:t>Steuer %</w:t>
            </w:r>
          </w:p>
        </w:tc>
        <w:tc>
          <w:tcPr>
            <w:tcW w:w="226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601DDF8" w14:textId="77777777" w:rsidR="00307C6C" w:rsidRPr="00C3096F" w:rsidRDefault="00D3783D">
            <w:pPr>
              <w:rPr>
                <w:sz w:val="18"/>
                <w:szCs w:val="18"/>
              </w:rPr>
            </w:pPr>
            <w:proofErr w:type="spellStart"/>
            <w:r w:rsidRPr="00C3096F">
              <w:rPr>
                <w:b/>
                <w:sz w:val="18"/>
                <w:szCs w:val="18"/>
              </w:rPr>
              <w:t>Steuerart</w:t>
            </w:r>
            <w:proofErr w:type="spellEnd"/>
          </w:p>
        </w:tc>
        <w:tc>
          <w:tcPr>
            <w:tcW w:w="15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AD66DB" w14:textId="77777777" w:rsidR="00307C6C" w:rsidRPr="00C3096F" w:rsidRDefault="00D3783D">
            <w:pPr>
              <w:jc w:val="right"/>
              <w:rPr>
                <w:sz w:val="18"/>
                <w:szCs w:val="18"/>
              </w:rPr>
            </w:pPr>
            <w:proofErr w:type="spellStart"/>
            <w:r w:rsidRPr="00C3096F">
              <w:rPr>
                <w:b/>
                <w:sz w:val="18"/>
                <w:szCs w:val="18"/>
              </w:rPr>
              <w:t>Steuerbetrag</w:t>
            </w:r>
            <w:proofErr w:type="spellEnd"/>
          </w:p>
        </w:tc>
        <w:tc>
          <w:tcPr>
            <w:tcW w:w="19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4FD1C0" w14:textId="77777777" w:rsidR="00307C6C" w:rsidRPr="00C3096F" w:rsidRDefault="00D3783D">
            <w:pPr>
              <w:jc w:val="right"/>
              <w:rPr>
                <w:sz w:val="18"/>
                <w:szCs w:val="18"/>
              </w:rPr>
            </w:pPr>
            <w:proofErr w:type="spellStart"/>
            <w:r w:rsidRPr="00C3096F">
              <w:rPr>
                <w:b/>
                <w:sz w:val="18"/>
                <w:szCs w:val="18"/>
              </w:rPr>
              <w:t>Gesamtbetrag</w:t>
            </w:r>
            <w:proofErr w:type="spellEnd"/>
          </w:p>
        </w:tc>
      </w:tr>
      <w:tr w:rsidR="00307C6C" w14:paraId="4EA3013C" w14:textId="77777777">
        <w:trPr>
          <w:cantSplit/>
          <w:jc w:val="center"/>
        </w:trPr>
        <w:tc>
          <w:tcPr>
            <w:tcW w:w="13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CBDA6C" w14:textId="77777777" w:rsidR="00307C6C" w:rsidRPr="00C3096F" w:rsidRDefault="00307C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875C7E" w14:textId="61620C06" w:rsidR="00307C6C" w:rsidRPr="00C3096F" w:rsidRDefault="00F845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800,76</w:t>
            </w:r>
            <w:r w:rsidR="006F5DE5">
              <w:rPr>
                <w:sz w:val="20"/>
                <w:szCs w:val="20"/>
              </w:rPr>
              <w:t xml:space="preserve"> </w:t>
            </w:r>
            <w:r w:rsidR="00D3783D" w:rsidRPr="00C3096F">
              <w:rPr>
                <w:sz w:val="20"/>
                <w:szCs w:val="20"/>
              </w:rPr>
              <w:t>EUR</w:t>
            </w:r>
          </w:p>
        </w:tc>
        <w:tc>
          <w:tcPr>
            <w:tcW w:w="124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5F41FF8" w14:textId="7F84AE1F" w:rsidR="00307C6C" w:rsidRPr="00C3096F" w:rsidRDefault="00D3783D">
            <w:pPr>
              <w:jc w:val="right"/>
              <w:rPr>
                <w:sz w:val="20"/>
                <w:szCs w:val="20"/>
              </w:rPr>
            </w:pPr>
            <w:r w:rsidRPr="00C3096F">
              <w:rPr>
                <w:sz w:val="20"/>
                <w:szCs w:val="20"/>
              </w:rPr>
              <w:t>19,</w:t>
            </w:r>
            <w:r w:rsidR="00ED79AC">
              <w:rPr>
                <w:sz w:val="20"/>
                <w:szCs w:val="20"/>
              </w:rPr>
              <w:t>0</w:t>
            </w:r>
            <w:r w:rsidRPr="00C3096F">
              <w:rPr>
                <w:sz w:val="20"/>
                <w:szCs w:val="20"/>
              </w:rPr>
              <w:t>0 %</w:t>
            </w:r>
          </w:p>
        </w:tc>
        <w:tc>
          <w:tcPr>
            <w:tcW w:w="226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17B50E6" w14:textId="77777777" w:rsidR="00307C6C" w:rsidRPr="00C3096F" w:rsidRDefault="00D3783D">
            <w:pPr>
              <w:rPr>
                <w:sz w:val="20"/>
                <w:szCs w:val="20"/>
              </w:rPr>
            </w:pPr>
            <w:proofErr w:type="spellStart"/>
            <w:r w:rsidRPr="00C3096F">
              <w:rPr>
                <w:sz w:val="20"/>
                <w:szCs w:val="20"/>
              </w:rPr>
              <w:t>Umsatzsteuer</w:t>
            </w:r>
            <w:proofErr w:type="spellEnd"/>
            <w:r w:rsidRPr="00C3096F">
              <w:rPr>
                <w:sz w:val="20"/>
                <w:szCs w:val="20"/>
              </w:rPr>
              <w:t>/</w:t>
            </w:r>
            <w:r w:rsidRPr="00C3096F">
              <w:rPr>
                <w:sz w:val="20"/>
                <w:szCs w:val="20"/>
              </w:rPr>
              <w:br/>
            </w:r>
            <w:proofErr w:type="spellStart"/>
            <w:r w:rsidRPr="00C3096F">
              <w:rPr>
                <w:sz w:val="20"/>
                <w:szCs w:val="20"/>
              </w:rPr>
              <w:t>Vorsteuer</w:t>
            </w:r>
            <w:proofErr w:type="spellEnd"/>
          </w:p>
        </w:tc>
        <w:tc>
          <w:tcPr>
            <w:tcW w:w="15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DB5F4C" w14:textId="510B0321" w:rsidR="00307C6C" w:rsidRPr="00C3096F" w:rsidRDefault="00ED79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152,14</w:t>
            </w:r>
            <w:r w:rsidR="00D3783D" w:rsidRPr="00C3096F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9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4E3B4FD" w14:textId="06555F8F" w:rsidR="00307C6C" w:rsidRPr="00D91B78" w:rsidRDefault="00ED79A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952,90</w:t>
            </w:r>
            <w:r w:rsidR="00D91B78" w:rsidRPr="00D91B78">
              <w:rPr>
                <w:bCs/>
                <w:sz w:val="20"/>
                <w:szCs w:val="20"/>
              </w:rPr>
              <w:t xml:space="preserve"> </w:t>
            </w:r>
            <w:r w:rsidR="00D3783D" w:rsidRPr="00D91B78">
              <w:rPr>
                <w:bCs/>
                <w:sz w:val="20"/>
                <w:szCs w:val="20"/>
              </w:rPr>
              <w:t>EUR</w:t>
            </w:r>
          </w:p>
        </w:tc>
      </w:tr>
      <w:tr w:rsidR="00307C6C" w14:paraId="7F63F308" w14:textId="77777777">
        <w:trPr>
          <w:cantSplit/>
          <w:jc w:val="center"/>
        </w:trPr>
        <w:tc>
          <w:tcPr>
            <w:tcW w:w="130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7344E5" w14:textId="77777777" w:rsidR="00307C6C" w:rsidRPr="00C3096F" w:rsidRDefault="00D3783D">
            <w:pPr>
              <w:rPr>
                <w:sz w:val="20"/>
                <w:szCs w:val="20"/>
              </w:rPr>
            </w:pPr>
            <w:r w:rsidRPr="00C3096F">
              <w:rPr>
                <w:b/>
                <w:sz w:val="20"/>
                <w:szCs w:val="20"/>
              </w:rPr>
              <w:t>Summe</w:t>
            </w:r>
          </w:p>
        </w:tc>
        <w:tc>
          <w:tcPr>
            <w:tcW w:w="181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26E6D4" w14:textId="6E02AEA8" w:rsidR="00307C6C" w:rsidRPr="00C3096F" w:rsidRDefault="00F845A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800,76</w:t>
            </w:r>
            <w:r w:rsidR="00A45605">
              <w:rPr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24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71FA20" w14:textId="77777777" w:rsidR="00307C6C" w:rsidRPr="00C3096F" w:rsidRDefault="00307C6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9596CA" w14:textId="77777777" w:rsidR="00307C6C" w:rsidRPr="00C3096F" w:rsidRDefault="00307C6C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C66BEB" w14:textId="6C6FFCD9" w:rsidR="00307C6C" w:rsidRPr="00C3096F" w:rsidRDefault="00ED79A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152,14</w:t>
            </w:r>
            <w:r w:rsidR="00D91B78" w:rsidRPr="00C3096F">
              <w:rPr>
                <w:sz w:val="20"/>
                <w:szCs w:val="20"/>
              </w:rPr>
              <w:t xml:space="preserve"> </w:t>
            </w:r>
            <w:r w:rsidR="00D3783D" w:rsidRPr="00C3096F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984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26FA79" w14:textId="71EA90D5" w:rsidR="00307C6C" w:rsidRPr="00C3096F" w:rsidRDefault="00ED79AC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952,90</w:t>
            </w:r>
            <w:r w:rsidR="003C219A">
              <w:rPr>
                <w:b/>
                <w:sz w:val="20"/>
                <w:szCs w:val="20"/>
              </w:rPr>
              <w:t xml:space="preserve"> </w:t>
            </w:r>
            <w:r w:rsidR="00D3783D" w:rsidRPr="00C3096F">
              <w:rPr>
                <w:b/>
                <w:sz w:val="20"/>
                <w:szCs w:val="20"/>
              </w:rPr>
              <w:t>EUR</w:t>
            </w:r>
          </w:p>
        </w:tc>
      </w:tr>
    </w:tbl>
    <w:p w14:paraId="1B8AC1EF" w14:textId="0A1DD4C7" w:rsidR="00FE5B5A" w:rsidRPr="00FE5B5A" w:rsidRDefault="00FE5B5A" w:rsidP="00FE5B5A">
      <w:pPr>
        <w:spacing w:before="100" w:after="140"/>
      </w:pPr>
    </w:p>
    <w:sectPr w:rsidR="00FE5B5A" w:rsidRPr="00FE5B5A" w:rsidSect="00034616">
      <w:pgSz w:w="11906" w:h="16838"/>
      <w:pgMar w:top="709" w:right="850" w:bottom="709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8449530">
    <w:abstractNumId w:val="8"/>
  </w:num>
  <w:num w:numId="2" w16cid:durableId="772213078">
    <w:abstractNumId w:val="6"/>
  </w:num>
  <w:num w:numId="3" w16cid:durableId="1470584733">
    <w:abstractNumId w:val="5"/>
  </w:num>
  <w:num w:numId="4" w16cid:durableId="1643849509">
    <w:abstractNumId w:val="4"/>
  </w:num>
  <w:num w:numId="5" w16cid:durableId="1658267523">
    <w:abstractNumId w:val="7"/>
  </w:num>
  <w:num w:numId="6" w16cid:durableId="1396972861">
    <w:abstractNumId w:val="3"/>
  </w:num>
  <w:num w:numId="7" w16cid:durableId="1249193642">
    <w:abstractNumId w:val="2"/>
  </w:num>
  <w:num w:numId="8" w16cid:durableId="2102993913">
    <w:abstractNumId w:val="1"/>
  </w:num>
  <w:num w:numId="9" w16cid:durableId="12165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3A9"/>
    <w:rsid w:val="00034616"/>
    <w:rsid w:val="00037C57"/>
    <w:rsid w:val="00043515"/>
    <w:rsid w:val="00051CDC"/>
    <w:rsid w:val="00056486"/>
    <w:rsid w:val="0006063C"/>
    <w:rsid w:val="000656AA"/>
    <w:rsid w:val="0007335B"/>
    <w:rsid w:val="00074DCA"/>
    <w:rsid w:val="00080590"/>
    <w:rsid w:val="000959E1"/>
    <w:rsid w:val="000C46EA"/>
    <w:rsid w:val="000C5B8A"/>
    <w:rsid w:val="000D0109"/>
    <w:rsid w:val="000D3FE5"/>
    <w:rsid w:val="00103B88"/>
    <w:rsid w:val="00107C57"/>
    <w:rsid w:val="0011147E"/>
    <w:rsid w:val="001161B4"/>
    <w:rsid w:val="00116E08"/>
    <w:rsid w:val="00121681"/>
    <w:rsid w:val="00127970"/>
    <w:rsid w:val="00140C47"/>
    <w:rsid w:val="0014590D"/>
    <w:rsid w:val="0015074B"/>
    <w:rsid w:val="001606A9"/>
    <w:rsid w:val="001618A2"/>
    <w:rsid w:val="0017370A"/>
    <w:rsid w:val="00175B8B"/>
    <w:rsid w:val="00182279"/>
    <w:rsid w:val="001864DA"/>
    <w:rsid w:val="001B0DBE"/>
    <w:rsid w:val="001C6DE0"/>
    <w:rsid w:val="001D2F10"/>
    <w:rsid w:val="001E5161"/>
    <w:rsid w:val="002075A3"/>
    <w:rsid w:val="00212486"/>
    <w:rsid w:val="00213936"/>
    <w:rsid w:val="00221B90"/>
    <w:rsid w:val="002223D1"/>
    <w:rsid w:val="00233085"/>
    <w:rsid w:val="00242118"/>
    <w:rsid w:val="0028146A"/>
    <w:rsid w:val="0029639D"/>
    <w:rsid w:val="002A774E"/>
    <w:rsid w:val="002D0CD3"/>
    <w:rsid w:val="002D24C3"/>
    <w:rsid w:val="002E24AC"/>
    <w:rsid w:val="002F0873"/>
    <w:rsid w:val="002F4830"/>
    <w:rsid w:val="00307C6C"/>
    <w:rsid w:val="00325E76"/>
    <w:rsid w:val="00326F90"/>
    <w:rsid w:val="00343ADE"/>
    <w:rsid w:val="0034513C"/>
    <w:rsid w:val="003500F1"/>
    <w:rsid w:val="003665F2"/>
    <w:rsid w:val="003A06A3"/>
    <w:rsid w:val="003B01C2"/>
    <w:rsid w:val="003C219A"/>
    <w:rsid w:val="003F4987"/>
    <w:rsid w:val="004132D3"/>
    <w:rsid w:val="00413D6D"/>
    <w:rsid w:val="00435D51"/>
    <w:rsid w:val="00466EEB"/>
    <w:rsid w:val="00466FDE"/>
    <w:rsid w:val="00477259"/>
    <w:rsid w:val="004C75ED"/>
    <w:rsid w:val="004C7FE5"/>
    <w:rsid w:val="004E2B15"/>
    <w:rsid w:val="004E41E6"/>
    <w:rsid w:val="004F562D"/>
    <w:rsid w:val="0050502D"/>
    <w:rsid w:val="00505BF4"/>
    <w:rsid w:val="00506A1B"/>
    <w:rsid w:val="0051530C"/>
    <w:rsid w:val="00520373"/>
    <w:rsid w:val="005263F6"/>
    <w:rsid w:val="00533424"/>
    <w:rsid w:val="005417E3"/>
    <w:rsid w:val="0054428C"/>
    <w:rsid w:val="00553C8C"/>
    <w:rsid w:val="00562FE5"/>
    <w:rsid w:val="00572B22"/>
    <w:rsid w:val="0058394D"/>
    <w:rsid w:val="00583BEB"/>
    <w:rsid w:val="00585D2F"/>
    <w:rsid w:val="00591521"/>
    <w:rsid w:val="00591A28"/>
    <w:rsid w:val="005A4904"/>
    <w:rsid w:val="005B588C"/>
    <w:rsid w:val="005C0846"/>
    <w:rsid w:val="005D1C79"/>
    <w:rsid w:val="005E0AAE"/>
    <w:rsid w:val="00601DA9"/>
    <w:rsid w:val="00603FF2"/>
    <w:rsid w:val="00610932"/>
    <w:rsid w:val="00632151"/>
    <w:rsid w:val="0064527D"/>
    <w:rsid w:val="0065304E"/>
    <w:rsid w:val="00687245"/>
    <w:rsid w:val="00693655"/>
    <w:rsid w:val="00695576"/>
    <w:rsid w:val="006A1535"/>
    <w:rsid w:val="006A7016"/>
    <w:rsid w:val="006C250E"/>
    <w:rsid w:val="006C38CE"/>
    <w:rsid w:val="006C6DC9"/>
    <w:rsid w:val="006D602D"/>
    <w:rsid w:val="006E6EBC"/>
    <w:rsid w:val="006F5DE5"/>
    <w:rsid w:val="007269A8"/>
    <w:rsid w:val="00735CDB"/>
    <w:rsid w:val="00741DAE"/>
    <w:rsid w:val="007447B1"/>
    <w:rsid w:val="00764DB8"/>
    <w:rsid w:val="00797786"/>
    <w:rsid w:val="007F1BF5"/>
    <w:rsid w:val="008167DA"/>
    <w:rsid w:val="00817245"/>
    <w:rsid w:val="00825A82"/>
    <w:rsid w:val="00825B23"/>
    <w:rsid w:val="00825F6B"/>
    <w:rsid w:val="00852501"/>
    <w:rsid w:val="008734F7"/>
    <w:rsid w:val="0088314E"/>
    <w:rsid w:val="008863BD"/>
    <w:rsid w:val="008878D4"/>
    <w:rsid w:val="008A11DF"/>
    <w:rsid w:val="008A3E0D"/>
    <w:rsid w:val="008B1692"/>
    <w:rsid w:val="009001A8"/>
    <w:rsid w:val="00926D37"/>
    <w:rsid w:val="009271D3"/>
    <w:rsid w:val="00927DE7"/>
    <w:rsid w:val="00934708"/>
    <w:rsid w:val="00936E9D"/>
    <w:rsid w:val="0094425A"/>
    <w:rsid w:val="00944EA0"/>
    <w:rsid w:val="00963C8E"/>
    <w:rsid w:val="00974B66"/>
    <w:rsid w:val="009A40DF"/>
    <w:rsid w:val="009C16C4"/>
    <w:rsid w:val="009D33EB"/>
    <w:rsid w:val="009F3EBD"/>
    <w:rsid w:val="00A05986"/>
    <w:rsid w:val="00A05F07"/>
    <w:rsid w:val="00A45605"/>
    <w:rsid w:val="00A45FA2"/>
    <w:rsid w:val="00A63FC1"/>
    <w:rsid w:val="00A87639"/>
    <w:rsid w:val="00A96249"/>
    <w:rsid w:val="00AA1D8D"/>
    <w:rsid w:val="00AA3C18"/>
    <w:rsid w:val="00AB4371"/>
    <w:rsid w:val="00AC60B0"/>
    <w:rsid w:val="00AC75DF"/>
    <w:rsid w:val="00AD6A68"/>
    <w:rsid w:val="00AE6979"/>
    <w:rsid w:val="00B173B8"/>
    <w:rsid w:val="00B33CEE"/>
    <w:rsid w:val="00B4133E"/>
    <w:rsid w:val="00B4505A"/>
    <w:rsid w:val="00B47730"/>
    <w:rsid w:val="00B53F35"/>
    <w:rsid w:val="00B55641"/>
    <w:rsid w:val="00B56557"/>
    <w:rsid w:val="00B6348A"/>
    <w:rsid w:val="00B67F8A"/>
    <w:rsid w:val="00B741C1"/>
    <w:rsid w:val="00BA374E"/>
    <w:rsid w:val="00BA45E4"/>
    <w:rsid w:val="00BA681A"/>
    <w:rsid w:val="00BB5EA0"/>
    <w:rsid w:val="00BB680B"/>
    <w:rsid w:val="00BC64E0"/>
    <w:rsid w:val="00BE7B3B"/>
    <w:rsid w:val="00BF4C8C"/>
    <w:rsid w:val="00BF6CB1"/>
    <w:rsid w:val="00C02803"/>
    <w:rsid w:val="00C3096F"/>
    <w:rsid w:val="00C67433"/>
    <w:rsid w:val="00C74DE4"/>
    <w:rsid w:val="00C74EBC"/>
    <w:rsid w:val="00C75EBD"/>
    <w:rsid w:val="00C77EFB"/>
    <w:rsid w:val="00C85A06"/>
    <w:rsid w:val="00C93095"/>
    <w:rsid w:val="00C95C7F"/>
    <w:rsid w:val="00C96925"/>
    <w:rsid w:val="00CB0664"/>
    <w:rsid w:val="00CB1133"/>
    <w:rsid w:val="00CC1DF3"/>
    <w:rsid w:val="00CD228A"/>
    <w:rsid w:val="00CD6FAB"/>
    <w:rsid w:val="00CE75BA"/>
    <w:rsid w:val="00CF3BF2"/>
    <w:rsid w:val="00D13069"/>
    <w:rsid w:val="00D14CD5"/>
    <w:rsid w:val="00D2752D"/>
    <w:rsid w:val="00D36F23"/>
    <w:rsid w:val="00D3783D"/>
    <w:rsid w:val="00D4011D"/>
    <w:rsid w:val="00D65D58"/>
    <w:rsid w:val="00D740E8"/>
    <w:rsid w:val="00D84481"/>
    <w:rsid w:val="00D91B78"/>
    <w:rsid w:val="00D92BAA"/>
    <w:rsid w:val="00D94D78"/>
    <w:rsid w:val="00DA40A5"/>
    <w:rsid w:val="00DA48F0"/>
    <w:rsid w:val="00DC1A27"/>
    <w:rsid w:val="00DD79BF"/>
    <w:rsid w:val="00E017B0"/>
    <w:rsid w:val="00E21840"/>
    <w:rsid w:val="00E23971"/>
    <w:rsid w:val="00E464A0"/>
    <w:rsid w:val="00E46AE0"/>
    <w:rsid w:val="00E53FA4"/>
    <w:rsid w:val="00E777F7"/>
    <w:rsid w:val="00E87A8C"/>
    <w:rsid w:val="00EA0780"/>
    <w:rsid w:val="00ED79AC"/>
    <w:rsid w:val="00EE464C"/>
    <w:rsid w:val="00EE6580"/>
    <w:rsid w:val="00F06FF2"/>
    <w:rsid w:val="00F108F9"/>
    <w:rsid w:val="00F14FFE"/>
    <w:rsid w:val="00F171D6"/>
    <w:rsid w:val="00F174E4"/>
    <w:rsid w:val="00F174FC"/>
    <w:rsid w:val="00F318C5"/>
    <w:rsid w:val="00F542FA"/>
    <w:rsid w:val="00F56DC3"/>
    <w:rsid w:val="00F57EEE"/>
    <w:rsid w:val="00F73A41"/>
    <w:rsid w:val="00F77B88"/>
    <w:rsid w:val="00F845A3"/>
    <w:rsid w:val="00F85E40"/>
    <w:rsid w:val="00F93F49"/>
    <w:rsid w:val="00FA7719"/>
    <w:rsid w:val="00FC693F"/>
    <w:rsid w:val="00FE3FF6"/>
    <w:rsid w:val="00FE5B5A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10A6"/>
  <w14:defaultImageDpi w14:val="300"/>
  <w15:docId w15:val="{C3321486-EB55-4F82-B0BD-B36917F0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AAE"/>
    <w:pPr>
      <w:spacing w:after="0" w:line="240" w:lineRule="auto"/>
    </w:pPr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F06FF2"/>
    <w:pPr>
      <w:spacing w:after="0" w:line="240" w:lineRule="auto"/>
    </w:pPr>
    <w:rPr>
      <w:rFonts w:ascii="Arial" w:eastAsia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B9AA53491954A845F691E616E45B6" ma:contentTypeVersion="18" ma:contentTypeDescription="Create a new document." ma:contentTypeScope="" ma:versionID="8a4557d62c16d205529b9612d09314c5">
  <xsd:schema xmlns:xsd="http://www.w3.org/2001/XMLSchema" xmlns:xs="http://www.w3.org/2001/XMLSchema" xmlns:p="http://schemas.microsoft.com/office/2006/metadata/properties" xmlns:ns2="9b5c11e6-0827-4444-a45b-4dafb94298dd" xmlns:ns3="88ea278a-f67c-4b1e-a1d9-8d4b5b2154d2" targetNamespace="http://schemas.microsoft.com/office/2006/metadata/properties" ma:root="true" ma:fieldsID="90342ca3c805d0e220cec98d6bbfa2c3" ns2:_="" ns3:_="">
    <xsd:import namespace="9b5c11e6-0827-4444-a45b-4dafb94298dd"/>
    <xsd:import namespace="88ea278a-f67c-4b1e-a1d9-8d4b5b215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Status" minOccurs="0"/>
                <xsd:element ref="ns3:MediaServiceBillingMetadata" minOccurs="0"/>
                <xsd:element ref="ns3:Nameineng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11e6-0827-4444-a45b-4dafb94298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a752f13-f6b6-4d3d-8f58-6db0a93a1744}" ma:internalName="TaxCatchAll" ma:showField="CatchAllData" ma:web="9b5c11e6-0827-4444-a45b-4dafb9429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a278a-f67c-4b1e-a1d9-8d4b5b215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af8e8-aa77-48fe-9061-5a9da22cf2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format="Dropdown" ma:internalName="Status">
      <xsd:simpleType>
        <xsd:restriction base="dms:Choice">
          <xsd:enumeration value="Waiting Payment Confirmation"/>
          <xsd:enumeration value="Untouched"/>
          <xsd:enumeration value="Done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Nameinenglish" ma:index="25" nillable="true" ma:displayName="Name in english" ma:format="Dropdown" ma:internalName="Nameinenglish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c11e6-0827-4444-a45b-4dafb94298dd" xsi:nil="true"/>
    <lcf76f155ced4ddcb4097134ff3c332f xmlns="88ea278a-f67c-4b1e-a1d9-8d4b5b2154d2">
      <Terms xmlns="http://schemas.microsoft.com/office/infopath/2007/PartnerControls"/>
    </lcf76f155ced4ddcb4097134ff3c332f>
    <Status xmlns="88ea278a-f67c-4b1e-a1d9-8d4b5b2154d2" xsi:nil="true"/>
    <Nameinenglish xmlns="88ea278a-f67c-4b1e-a1d9-8d4b5b2154d2" xsi:nil="true"/>
  </documentManagement>
</p:properties>
</file>

<file path=customXml/itemProps1.xml><?xml version="1.0" encoding="utf-8"?>
<ds:datastoreItem xmlns:ds="http://schemas.openxmlformats.org/officeDocument/2006/customXml" ds:itemID="{02C06CB9-EA8A-4714-B376-DA50B23B0575}"/>
</file>

<file path=customXml/itemProps2.xml><?xml version="1.0" encoding="utf-8"?>
<ds:datastoreItem xmlns:ds="http://schemas.openxmlformats.org/officeDocument/2006/customXml" ds:itemID="{60E64160-9A6B-4407-97E6-03D7C0CEF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B86F26-FF18-4483-858F-C60C8CE19E50}">
  <ds:schemaRefs>
    <ds:schemaRef ds:uri="http://schemas.microsoft.com/office/2006/metadata/properties"/>
    <ds:schemaRef ds:uri="http://schemas.microsoft.com/office/infopath/2007/PartnerControls"/>
    <ds:schemaRef ds:uri="fcdda993-af9b-4ef8-aa46-e7ae794ffb73"/>
    <ds:schemaRef ds:uri="aef53133-1776-4dc9-b0cb-3e4d7d38fb1a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1739</Characters>
  <Application>Microsoft Office Word</Application>
  <DocSecurity>4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Muster-Frachtrechnung Inbound</vt:lpstr>
      <vt:lpstr/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Muster-Frachtrechnung Inbound</dc:title>
  <dc:subject>Musterrechnung Inbound</dc:subject>
  <dc:creator>Holzapfel, Darius (001)</dc:creator>
  <cp:keywords/>
  <dc:description/>
  <cp:lastModifiedBy>Michel, Sebastian (001)</cp:lastModifiedBy>
  <cp:revision>2</cp:revision>
  <dcterms:created xsi:type="dcterms:W3CDTF">2026-07-20T08:36:00Z</dcterms:created>
  <dcterms:modified xsi:type="dcterms:W3CDTF">2026-07-20T08:36:00Z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0x010100874B9AA53491954A845F691E616E45B6</vt:lpwstr>
  </property>
</Properties>
</file>