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803"/>
        <w:gridCol w:w="3402"/>
      </w:tblGrid>
      <w:tr w:rsidR="00307C6C" w14:paraId="013DDF3B" w14:textId="77777777">
        <w:trPr>
          <w:cantSplit/>
          <w:jc w:val="center"/>
        </w:trPr>
        <w:tc>
          <w:tcPr>
            <w:tcW w:w="6803" w:type="dxa"/>
            <w:tcBorders>
              <w:bottom w:val="single" w:sz="6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</w:tcPr>
          <w:p w14:paraId="6B8EBE5B" w14:textId="2E8E0A25" w:rsidR="00307C6C" w:rsidRDefault="00E6248E">
            <w:r>
              <w:rPr>
                <w:b/>
                <w:sz w:val="26"/>
              </w:rPr>
              <w:t xml:space="preserve">Ach </w:t>
            </w:r>
            <w:r w:rsidR="004C75BA">
              <w:rPr>
                <w:b/>
                <w:sz w:val="26"/>
              </w:rPr>
              <w:t>MUSTERSPEDITION GMBH</w:t>
            </w:r>
          </w:p>
          <w:p w14:paraId="5E29A49D" w14:textId="04273B7E" w:rsidR="00307C6C" w:rsidRDefault="00307C6C"/>
        </w:tc>
        <w:tc>
          <w:tcPr>
            <w:tcW w:w="3402" w:type="dxa"/>
            <w:tcBorders>
              <w:bottom w:val="single" w:sz="6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</w:tcPr>
          <w:p w14:paraId="69732420" w14:textId="7ECAD260" w:rsidR="00307C6C" w:rsidRDefault="00307C6C">
            <w:pPr>
              <w:jc w:val="right"/>
            </w:pPr>
          </w:p>
        </w:tc>
      </w:tr>
    </w:tbl>
    <w:p w14:paraId="3DA99AB9" w14:textId="77777777" w:rsidR="00307C6C" w:rsidRDefault="00307C6C">
      <w:pPr>
        <w:spacing w:line="40" w:lineRule="exact"/>
      </w:pPr>
    </w:p>
    <w:tbl>
      <w:tblPr>
        <w:tblW w:w="102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3259"/>
      </w:tblGrid>
      <w:tr w:rsidR="00307C6C" w:rsidRPr="00E6248E" w14:paraId="464FC39E" w14:textId="77777777" w:rsidTr="00213936">
        <w:trPr>
          <w:cantSplit/>
          <w:jc w:val="center"/>
        </w:trPr>
        <w:tc>
          <w:tcPr>
            <w:tcW w:w="6946" w:type="dxa"/>
            <w:tcMar>
              <w:top w:w="28" w:type="dxa"/>
              <w:left w:w="45" w:type="dxa"/>
              <w:bottom w:w="28" w:type="dxa"/>
              <w:right w:w="45" w:type="dxa"/>
            </w:tcMar>
          </w:tcPr>
          <w:p w14:paraId="2EA17F34" w14:textId="77777777" w:rsidR="00307C6C" w:rsidRPr="00FE5B5A" w:rsidRDefault="004C75BA">
            <w:pPr>
              <w:rPr>
                <w:lang w:val="de-DE"/>
              </w:rPr>
            </w:pPr>
            <w:r w:rsidRPr="00FE5B5A">
              <w:rPr>
                <w:sz w:val="16"/>
                <w:lang w:val="de-DE"/>
              </w:rPr>
              <w:t>Musterspedition GmbH, Musterstraße 67, 12345 Musterstadt</w:t>
            </w:r>
          </w:p>
          <w:p w14:paraId="0499C496" w14:textId="77777777" w:rsidR="00307C6C" w:rsidRPr="00FE5B5A" w:rsidRDefault="00307C6C">
            <w:pPr>
              <w:rPr>
                <w:lang w:val="de-DE"/>
              </w:rPr>
            </w:pPr>
          </w:p>
          <w:p w14:paraId="1A17680A" w14:textId="7F67602F" w:rsidR="00307C6C" w:rsidRPr="00213936" w:rsidRDefault="000656AA">
            <w:pPr>
              <w:rPr>
                <w:sz w:val="20"/>
                <w:szCs w:val="20"/>
                <w:lang w:val="de-DE"/>
              </w:rPr>
            </w:pPr>
            <w:r w:rsidRPr="00213936">
              <w:rPr>
                <w:sz w:val="20"/>
                <w:szCs w:val="20"/>
                <w:lang w:val="de-DE"/>
              </w:rPr>
              <w:t>Daimler Truck AG</w:t>
            </w:r>
          </w:p>
          <w:p w14:paraId="0EFF0E4B" w14:textId="07C5CCB8" w:rsidR="00307C6C" w:rsidRPr="00C73713" w:rsidRDefault="004C75BA">
            <w:pPr>
              <w:rPr>
                <w:sz w:val="20"/>
                <w:szCs w:val="20"/>
                <w:lang w:val="de-DE"/>
              </w:rPr>
            </w:pPr>
            <w:r w:rsidRPr="00C73713">
              <w:rPr>
                <w:sz w:val="20"/>
                <w:szCs w:val="20"/>
                <w:lang w:val="de-DE"/>
              </w:rPr>
              <w:t xml:space="preserve">Werk </w:t>
            </w:r>
            <w:r w:rsidRPr="00DF7A8F">
              <w:rPr>
                <w:sz w:val="20"/>
                <w:szCs w:val="20"/>
                <w:lang w:val="de-DE"/>
              </w:rPr>
              <w:t>1</w:t>
            </w:r>
            <w:r w:rsidR="00FA7719" w:rsidRPr="00DF7A8F">
              <w:rPr>
                <w:sz w:val="20"/>
                <w:szCs w:val="20"/>
                <w:lang w:val="de-DE"/>
              </w:rPr>
              <w:t>XXX</w:t>
            </w:r>
            <w:r w:rsidRPr="00C73713">
              <w:rPr>
                <w:sz w:val="20"/>
                <w:szCs w:val="20"/>
                <w:lang w:val="de-DE"/>
              </w:rPr>
              <w:t xml:space="preserve"> HPC </w:t>
            </w:r>
            <w:r w:rsidR="00FA7719" w:rsidRPr="00DF7A8F">
              <w:rPr>
                <w:sz w:val="20"/>
                <w:szCs w:val="20"/>
                <w:lang w:val="de-DE"/>
              </w:rPr>
              <w:t>XYZ</w:t>
            </w:r>
          </w:p>
          <w:p w14:paraId="69D411BC" w14:textId="2024CF12" w:rsidR="00307C6C" w:rsidRPr="00213936" w:rsidRDefault="00FA7719">
            <w:pPr>
              <w:rPr>
                <w:sz w:val="20"/>
                <w:szCs w:val="20"/>
                <w:lang w:val="de-DE"/>
              </w:rPr>
            </w:pPr>
            <w:r w:rsidRPr="00C73713">
              <w:rPr>
                <w:sz w:val="20"/>
                <w:szCs w:val="20"/>
                <w:lang w:val="de-DE"/>
              </w:rPr>
              <w:t xml:space="preserve">LN </w:t>
            </w:r>
            <w:r w:rsidR="00F6729F" w:rsidRPr="00DF7A8F">
              <w:rPr>
                <w:sz w:val="20"/>
                <w:szCs w:val="20"/>
                <w:lang w:val="de-DE"/>
              </w:rPr>
              <w:t>XXXXXXXX</w:t>
            </w:r>
          </w:p>
          <w:p w14:paraId="07B945DF" w14:textId="77777777" w:rsidR="00307C6C" w:rsidRPr="00F6729F" w:rsidRDefault="004C75BA">
            <w:pPr>
              <w:rPr>
                <w:sz w:val="20"/>
                <w:szCs w:val="20"/>
                <w:lang w:val="de-DE"/>
              </w:rPr>
            </w:pPr>
            <w:r w:rsidRPr="00F6729F">
              <w:rPr>
                <w:sz w:val="20"/>
                <w:szCs w:val="20"/>
                <w:lang w:val="de-DE"/>
              </w:rPr>
              <w:t>Musterplatz 1</w:t>
            </w:r>
          </w:p>
          <w:p w14:paraId="69BA370E" w14:textId="77777777" w:rsidR="00307C6C" w:rsidRPr="00FA7719" w:rsidRDefault="004C75BA">
            <w:pPr>
              <w:rPr>
                <w:lang w:val="de-DE"/>
              </w:rPr>
            </w:pPr>
            <w:r w:rsidRPr="00F6729F">
              <w:rPr>
                <w:sz w:val="20"/>
                <w:szCs w:val="20"/>
                <w:lang w:val="de-DE"/>
              </w:rPr>
              <w:t>12345 Musterstadt</w:t>
            </w:r>
          </w:p>
        </w:tc>
        <w:tc>
          <w:tcPr>
            <w:tcW w:w="3259" w:type="dxa"/>
            <w:tcMar>
              <w:top w:w="28" w:type="dxa"/>
              <w:left w:w="45" w:type="dxa"/>
              <w:bottom w:w="28" w:type="dxa"/>
              <w:right w:w="45" w:type="dxa"/>
            </w:tcMar>
          </w:tcPr>
          <w:p w14:paraId="27DEF306" w14:textId="77777777" w:rsidR="00307C6C" w:rsidRPr="00D13069" w:rsidRDefault="004C75BA" w:rsidP="00213936">
            <w:pPr>
              <w:rPr>
                <w:lang w:val="de-DE"/>
              </w:rPr>
            </w:pPr>
            <w:r w:rsidRPr="00D13069">
              <w:rPr>
                <w:b/>
                <w:sz w:val="16"/>
                <w:lang w:val="de-DE"/>
              </w:rPr>
              <w:t>Bearbeiter:</w:t>
            </w:r>
            <w:r w:rsidRPr="00D13069">
              <w:rPr>
                <w:sz w:val="16"/>
                <w:lang w:val="de-DE"/>
              </w:rPr>
              <w:t xml:space="preserve"> Max Mustermann</w:t>
            </w:r>
          </w:p>
          <w:p w14:paraId="2F1DE5FA" w14:textId="77777777" w:rsidR="00307C6C" w:rsidRPr="00D13069" w:rsidRDefault="004C75BA" w:rsidP="00213936">
            <w:pPr>
              <w:rPr>
                <w:lang w:val="de-DE"/>
              </w:rPr>
            </w:pPr>
            <w:r w:rsidRPr="00D13069">
              <w:rPr>
                <w:b/>
                <w:sz w:val="16"/>
                <w:lang w:val="de-DE"/>
              </w:rPr>
              <w:t>Tel.:</w:t>
            </w:r>
            <w:r w:rsidRPr="00D13069">
              <w:rPr>
                <w:sz w:val="16"/>
                <w:lang w:val="de-DE"/>
              </w:rPr>
              <w:t xml:space="preserve"> +49 (123) 45678-100</w:t>
            </w:r>
          </w:p>
          <w:p w14:paraId="290C7586" w14:textId="77777777" w:rsidR="00307C6C" w:rsidRPr="00D13069" w:rsidRDefault="004C75BA" w:rsidP="00213936">
            <w:pPr>
              <w:rPr>
                <w:lang w:val="de-DE"/>
              </w:rPr>
            </w:pPr>
            <w:r w:rsidRPr="00D13069">
              <w:rPr>
                <w:b/>
                <w:sz w:val="16"/>
                <w:lang w:val="de-DE"/>
              </w:rPr>
              <w:t>E-Mail:</w:t>
            </w:r>
            <w:r w:rsidRPr="00D13069">
              <w:rPr>
                <w:sz w:val="16"/>
                <w:lang w:val="de-DE"/>
              </w:rPr>
              <w:t xml:space="preserve"> max.mustermann@muster.de</w:t>
            </w:r>
          </w:p>
          <w:p w14:paraId="5E055704" w14:textId="77777777" w:rsidR="00307C6C" w:rsidRPr="004A253C" w:rsidRDefault="004C75BA" w:rsidP="00213936">
            <w:pPr>
              <w:rPr>
                <w:lang w:val="fr-FR"/>
              </w:rPr>
            </w:pPr>
            <w:proofErr w:type="gramStart"/>
            <w:r w:rsidRPr="004A253C">
              <w:rPr>
                <w:b/>
                <w:sz w:val="16"/>
                <w:lang w:val="fr-FR"/>
              </w:rPr>
              <w:t>Web:</w:t>
            </w:r>
            <w:proofErr w:type="gramEnd"/>
            <w:r w:rsidRPr="004A253C">
              <w:rPr>
                <w:sz w:val="16"/>
                <w:lang w:val="fr-FR"/>
              </w:rPr>
              <w:t xml:space="preserve"> www.musterspedition.de</w:t>
            </w:r>
          </w:p>
          <w:p w14:paraId="0DE81D48" w14:textId="77777777" w:rsidR="00307C6C" w:rsidRPr="004A253C" w:rsidRDefault="004C75BA" w:rsidP="00213936">
            <w:pPr>
              <w:rPr>
                <w:lang w:val="fr-FR"/>
              </w:rPr>
            </w:pPr>
            <w:r w:rsidRPr="004A253C">
              <w:rPr>
                <w:b/>
                <w:sz w:val="16"/>
                <w:lang w:val="fr-FR"/>
              </w:rPr>
              <w:t>USt-</w:t>
            </w:r>
            <w:proofErr w:type="spellStart"/>
            <w:r w:rsidRPr="004A253C">
              <w:rPr>
                <w:b/>
                <w:sz w:val="16"/>
                <w:lang w:val="fr-FR"/>
              </w:rPr>
              <w:t>IdNr</w:t>
            </w:r>
            <w:proofErr w:type="spellEnd"/>
            <w:proofErr w:type="gramStart"/>
            <w:r w:rsidRPr="004A253C">
              <w:rPr>
                <w:b/>
                <w:sz w:val="16"/>
                <w:lang w:val="fr-FR"/>
              </w:rPr>
              <w:t>.:</w:t>
            </w:r>
            <w:proofErr w:type="gramEnd"/>
            <w:r w:rsidRPr="004A253C">
              <w:rPr>
                <w:sz w:val="16"/>
                <w:lang w:val="fr-FR"/>
              </w:rPr>
              <w:t xml:space="preserve"> DE 123456789</w:t>
            </w:r>
          </w:p>
          <w:p w14:paraId="1CB80B0E" w14:textId="77777777" w:rsidR="00307C6C" w:rsidRPr="00D13069" w:rsidRDefault="004C75BA" w:rsidP="00213936">
            <w:pPr>
              <w:rPr>
                <w:sz w:val="16"/>
                <w:lang w:val="de-DE"/>
              </w:rPr>
            </w:pPr>
            <w:r w:rsidRPr="00D13069">
              <w:rPr>
                <w:b/>
                <w:sz w:val="16"/>
                <w:lang w:val="de-DE"/>
              </w:rPr>
              <w:t>Steuer-Nr.:</w:t>
            </w:r>
            <w:r w:rsidRPr="00D13069">
              <w:rPr>
                <w:sz w:val="16"/>
                <w:lang w:val="de-DE"/>
              </w:rPr>
              <w:t xml:space="preserve"> 123/456/78901</w:t>
            </w:r>
          </w:p>
          <w:p w14:paraId="6BDA1130" w14:textId="77777777" w:rsidR="003B01C2" w:rsidRPr="00D13069" w:rsidRDefault="003B01C2" w:rsidP="00213936">
            <w:pPr>
              <w:rPr>
                <w:sz w:val="16"/>
                <w:lang w:val="de-DE"/>
              </w:rPr>
            </w:pPr>
          </w:p>
          <w:p w14:paraId="4AA580D9" w14:textId="77777777" w:rsidR="003B01C2" w:rsidRPr="00D13069" w:rsidRDefault="003B01C2" w:rsidP="00213936">
            <w:pPr>
              <w:rPr>
                <w:sz w:val="16"/>
                <w:lang w:val="de-DE"/>
              </w:rPr>
            </w:pPr>
          </w:p>
          <w:p w14:paraId="75605D75" w14:textId="3BC29C49" w:rsidR="003B01C2" w:rsidRPr="00D13069" w:rsidRDefault="003B01C2" w:rsidP="00213936">
            <w:pPr>
              <w:rPr>
                <w:b/>
                <w:bCs/>
                <w:sz w:val="24"/>
                <w:szCs w:val="24"/>
                <w:lang w:val="de-DE"/>
              </w:rPr>
            </w:pPr>
            <w:r w:rsidRPr="00D13069">
              <w:rPr>
                <w:b/>
                <w:bCs/>
                <w:sz w:val="24"/>
                <w:szCs w:val="24"/>
                <w:lang w:val="de-DE"/>
              </w:rPr>
              <w:t>Rechnung 1234567</w:t>
            </w:r>
            <w:r w:rsidR="00D14CD5" w:rsidRPr="00D13069">
              <w:rPr>
                <w:b/>
                <w:bCs/>
                <w:sz w:val="24"/>
                <w:szCs w:val="24"/>
                <w:lang w:val="de-DE"/>
              </w:rPr>
              <w:t>89</w:t>
            </w:r>
          </w:p>
          <w:p w14:paraId="754F34A3" w14:textId="77777777" w:rsidR="00D14CD5" w:rsidRPr="00D13069" w:rsidRDefault="00D14CD5" w:rsidP="00213936">
            <w:pPr>
              <w:rPr>
                <w:sz w:val="16"/>
                <w:lang w:val="de-DE"/>
              </w:rPr>
            </w:pPr>
          </w:p>
          <w:p w14:paraId="65B6B035" w14:textId="73DD56CC" w:rsidR="00D14CD5" w:rsidRPr="00D13069" w:rsidRDefault="00D14CD5" w:rsidP="00213936">
            <w:pPr>
              <w:rPr>
                <w:sz w:val="16"/>
                <w:lang w:val="de-DE"/>
              </w:rPr>
            </w:pPr>
            <w:r w:rsidRPr="00D13069">
              <w:rPr>
                <w:sz w:val="16"/>
                <w:lang w:val="de-DE"/>
              </w:rPr>
              <w:t>Kundennummer: 123456</w:t>
            </w:r>
          </w:p>
          <w:p w14:paraId="2F1C975A" w14:textId="70BF1CBE" w:rsidR="00D14CD5" w:rsidRPr="00D13069" w:rsidRDefault="00D14CD5" w:rsidP="00213936">
            <w:pPr>
              <w:rPr>
                <w:sz w:val="16"/>
                <w:lang w:val="de-DE"/>
              </w:rPr>
            </w:pPr>
            <w:r w:rsidRPr="00D13069">
              <w:rPr>
                <w:sz w:val="16"/>
                <w:lang w:val="de-DE"/>
              </w:rPr>
              <w:t xml:space="preserve">Belegdatum: </w:t>
            </w:r>
            <w:r w:rsidR="00D13069" w:rsidRPr="00D13069">
              <w:rPr>
                <w:sz w:val="16"/>
                <w:lang w:val="de-DE"/>
              </w:rPr>
              <w:t>01.01.2026</w:t>
            </w:r>
          </w:p>
          <w:p w14:paraId="213D462F" w14:textId="4A0D171C" w:rsidR="00D13069" w:rsidRPr="00D13069" w:rsidRDefault="00D13069" w:rsidP="00213936">
            <w:pPr>
              <w:rPr>
                <w:sz w:val="16"/>
                <w:lang w:val="de-DE"/>
              </w:rPr>
            </w:pPr>
            <w:r w:rsidRPr="00D13069">
              <w:rPr>
                <w:sz w:val="16"/>
                <w:lang w:val="de-DE"/>
              </w:rPr>
              <w:t>Ust.-</w:t>
            </w:r>
            <w:proofErr w:type="spellStart"/>
            <w:r w:rsidRPr="00D13069">
              <w:rPr>
                <w:sz w:val="16"/>
                <w:lang w:val="de-DE"/>
              </w:rPr>
              <w:t>IdNr</w:t>
            </w:r>
            <w:proofErr w:type="spellEnd"/>
            <w:r w:rsidRPr="00D13069">
              <w:rPr>
                <w:sz w:val="16"/>
                <w:lang w:val="de-DE"/>
              </w:rPr>
              <w:t xml:space="preserve">.: </w:t>
            </w:r>
            <w:r w:rsidRPr="00DF7A8F">
              <w:rPr>
                <w:sz w:val="16"/>
                <w:lang w:val="de-DE"/>
              </w:rPr>
              <w:t>DE321281771</w:t>
            </w:r>
          </w:p>
          <w:p w14:paraId="63200CBF" w14:textId="77777777" w:rsidR="00D13069" w:rsidRPr="00D13069" w:rsidRDefault="00D13069" w:rsidP="00213936">
            <w:pPr>
              <w:rPr>
                <w:sz w:val="16"/>
                <w:lang w:val="de-DE"/>
              </w:rPr>
            </w:pPr>
          </w:p>
          <w:p w14:paraId="122D633A" w14:textId="465526D9" w:rsidR="00D13069" w:rsidRPr="00D13069" w:rsidRDefault="00D13069" w:rsidP="00213936">
            <w:pPr>
              <w:jc w:val="right"/>
              <w:rPr>
                <w:lang w:val="de-DE"/>
              </w:rPr>
            </w:pPr>
            <w:r w:rsidRPr="00D13069">
              <w:rPr>
                <w:lang w:val="de-DE"/>
              </w:rPr>
              <w:t>Seite 1 von 2</w:t>
            </w:r>
          </w:p>
          <w:p w14:paraId="5B8CDEE4" w14:textId="4D56FAAB" w:rsidR="00307C6C" w:rsidRPr="00520373" w:rsidRDefault="00307C6C">
            <w:pPr>
              <w:rPr>
                <w:lang w:val="de-DE"/>
              </w:rPr>
            </w:pPr>
          </w:p>
        </w:tc>
      </w:tr>
    </w:tbl>
    <w:p w14:paraId="7D1068B9" w14:textId="77777777" w:rsidR="00307C6C" w:rsidRPr="00520373" w:rsidRDefault="00307C6C">
      <w:pPr>
        <w:spacing w:line="60" w:lineRule="exact"/>
        <w:rPr>
          <w:lang w:val="de-DE"/>
        </w:rPr>
      </w:pPr>
    </w:p>
    <w:tbl>
      <w:tblPr>
        <w:tblW w:w="102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3402"/>
        <w:gridCol w:w="2126"/>
        <w:gridCol w:w="2839"/>
      </w:tblGrid>
      <w:tr w:rsidR="00307C6C" w:rsidRPr="00202AF4" w14:paraId="41FC808C" w14:textId="77777777" w:rsidTr="00DF7A8F">
        <w:trPr>
          <w:cantSplit/>
          <w:jc w:val="center"/>
        </w:trPr>
        <w:tc>
          <w:tcPr>
            <w:tcW w:w="183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98E89B9" w14:textId="1CCFDE7E" w:rsidR="00307C6C" w:rsidRPr="00202AF4" w:rsidRDefault="00056486">
            <w:pPr>
              <w:rPr>
                <w:b/>
                <w:sz w:val="16"/>
                <w:lang w:val="de-DE"/>
              </w:rPr>
            </w:pPr>
            <w:proofErr w:type="spellStart"/>
            <w:r w:rsidRPr="00202AF4">
              <w:rPr>
                <w:b/>
                <w:sz w:val="16"/>
                <w:lang w:val="de-DE"/>
              </w:rPr>
              <w:t>Borderonummer</w:t>
            </w:r>
            <w:proofErr w:type="spellEnd"/>
          </w:p>
        </w:tc>
        <w:tc>
          <w:tcPr>
            <w:tcW w:w="340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C467C9C" w14:textId="7E80AF20" w:rsidR="00307C6C" w:rsidRPr="00DF7A8F" w:rsidRDefault="00D045D0">
            <w:pPr>
              <w:rPr>
                <w:bCs/>
                <w:sz w:val="16"/>
                <w:lang w:val="de-DE"/>
              </w:rPr>
            </w:pPr>
            <w:proofErr w:type="spellStart"/>
            <w:r w:rsidRPr="00DF7A8F">
              <w:rPr>
                <w:bCs/>
                <w:sz w:val="16"/>
              </w:rPr>
              <w:t>Borderovorsatz</w:t>
            </w:r>
            <w:proofErr w:type="spellEnd"/>
            <w:r w:rsidR="008D724C" w:rsidRPr="00DF7A8F">
              <w:rPr>
                <w:bCs/>
                <w:sz w:val="16"/>
              </w:rPr>
              <w:t xml:space="preserve"> + </w:t>
            </w:r>
            <w:proofErr w:type="spellStart"/>
            <w:r w:rsidR="008D724C" w:rsidRPr="00DF7A8F">
              <w:rPr>
                <w:bCs/>
                <w:sz w:val="16"/>
              </w:rPr>
              <w:t>fortlaufende</w:t>
            </w:r>
            <w:proofErr w:type="spellEnd"/>
            <w:r w:rsidR="008D724C" w:rsidRPr="00DF7A8F">
              <w:rPr>
                <w:bCs/>
                <w:sz w:val="16"/>
              </w:rPr>
              <w:t xml:space="preserve"> Nr.</w:t>
            </w:r>
            <w:r w:rsidR="009D20D9" w:rsidRPr="00DF7A8F">
              <w:rPr>
                <w:bCs/>
                <w:sz w:val="16"/>
              </w:rPr>
              <w:t xml:space="preserve"> (</w:t>
            </w:r>
            <w:proofErr w:type="spellStart"/>
            <w:r w:rsidR="009D20D9" w:rsidRPr="00DF7A8F">
              <w:rPr>
                <w:bCs/>
                <w:sz w:val="16"/>
              </w:rPr>
              <w:t>achtstellig</w:t>
            </w:r>
            <w:proofErr w:type="spellEnd"/>
            <w:r w:rsidR="009D20D9" w:rsidRPr="00DF7A8F">
              <w:rPr>
                <w:bCs/>
                <w:sz w:val="16"/>
              </w:rPr>
              <w:t xml:space="preserve">) </w:t>
            </w:r>
          </w:p>
        </w:tc>
        <w:tc>
          <w:tcPr>
            <w:tcW w:w="212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72756FE" w14:textId="6BD573E3" w:rsidR="00307C6C" w:rsidRPr="00202AF4" w:rsidRDefault="00080590">
            <w:pPr>
              <w:rPr>
                <w:lang w:val="de-DE"/>
              </w:rPr>
            </w:pPr>
            <w:r w:rsidRPr="00202AF4">
              <w:rPr>
                <w:b/>
                <w:sz w:val="16"/>
                <w:lang w:val="de-DE"/>
              </w:rPr>
              <w:t>Werksnummer</w:t>
            </w:r>
          </w:p>
        </w:tc>
        <w:tc>
          <w:tcPr>
            <w:tcW w:w="283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B4144E2" w14:textId="5D266556" w:rsidR="00307C6C" w:rsidRPr="00DF7A8F" w:rsidRDefault="00080590">
            <w:pPr>
              <w:rPr>
                <w:lang w:val="de-DE"/>
              </w:rPr>
            </w:pPr>
            <w:r w:rsidRPr="00DF7A8F">
              <w:rPr>
                <w:sz w:val="16"/>
                <w:lang w:val="de-DE"/>
              </w:rPr>
              <w:t>1</w:t>
            </w:r>
            <w:r w:rsidR="00125173" w:rsidRPr="00DF7A8F">
              <w:rPr>
                <w:sz w:val="16"/>
                <w:lang w:val="de-DE"/>
              </w:rPr>
              <w:t>XXX</w:t>
            </w:r>
            <w:r w:rsidR="005C0C6E" w:rsidRPr="00DF7A8F">
              <w:rPr>
                <w:sz w:val="16"/>
                <w:lang w:val="de-DE"/>
              </w:rPr>
              <w:t xml:space="preserve"> bzw. </w:t>
            </w:r>
            <w:r w:rsidR="000F47FD" w:rsidRPr="00DF7A8F">
              <w:rPr>
                <w:sz w:val="16"/>
                <w:lang w:val="de-DE"/>
              </w:rPr>
              <w:t>0XX</w:t>
            </w:r>
          </w:p>
        </w:tc>
      </w:tr>
      <w:tr w:rsidR="00080590" w:rsidRPr="00202AF4" w14:paraId="353A6D21" w14:textId="77777777" w:rsidTr="00DF7A8F">
        <w:trPr>
          <w:cantSplit/>
          <w:jc w:val="center"/>
        </w:trPr>
        <w:tc>
          <w:tcPr>
            <w:tcW w:w="183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EDC4AD0" w14:textId="30312BC0" w:rsidR="00080590" w:rsidRPr="00202AF4" w:rsidRDefault="00A52E65" w:rsidP="00080590">
            <w:pPr>
              <w:rPr>
                <w:lang w:val="de-DE"/>
              </w:rPr>
            </w:pPr>
            <w:r>
              <w:rPr>
                <w:b/>
                <w:sz w:val="16"/>
                <w:lang w:val="de-DE"/>
              </w:rPr>
              <w:t>Prozessindikator</w:t>
            </w:r>
          </w:p>
        </w:tc>
        <w:tc>
          <w:tcPr>
            <w:tcW w:w="340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42EB9C5" w14:textId="7A938DA3" w:rsidR="00080590" w:rsidRPr="00DF7A8F" w:rsidRDefault="00080590" w:rsidP="00080590">
            <w:pPr>
              <w:rPr>
                <w:lang w:val="de-DE"/>
              </w:rPr>
            </w:pPr>
            <w:r w:rsidRPr="00DF7A8F">
              <w:rPr>
                <w:sz w:val="16"/>
                <w:lang w:val="de-DE"/>
              </w:rPr>
              <w:t>SP</w:t>
            </w:r>
          </w:p>
        </w:tc>
        <w:tc>
          <w:tcPr>
            <w:tcW w:w="212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F999AD9" w14:textId="70CD319E" w:rsidR="00080590" w:rsidRPr="00202AF4" w:rsidRDefault="00080590" w:rsidP="00080590">
            <w:pPr>
              <w:rPr>
                <w:lang w:val="de-DE"/>
              </w:rPr>
            </w:pPr>
            <w:r w:rsidRPr="00202AF4">
              <w:rPr>
                <w:b/>
                <w:sz w:val="16"/>
                <w:lang w:val="de-DE"/>
              </w:rPr>
              <w:t>Liefer-/Leistungs</w:t>
            </w:r>
            <w:r w:rsidR="002B4343" w:rsidRPr="00202AF4">
              <w:rPr>
                <w:b/>
                <w:sz w:val="16"/>
                <w:lang w:val="de-DE"/>
              </w:rPr>
              <w:t>datum</w:t>
            </w:r>
          </w:p>
        </w:tc>
        <w:tc>
          <w:tcPr>
            <w:tcW w:w="283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2D66055" w14:textId="75671129" w:rsidR="00080590" w:rsidRPr="00DF7A8F" w:rsidRDefault="00080590" w:rsidP="00080590">
            <w:pPr>
              <w:rPr>
                <w:lang w:val="de-DE"/>
              </w:rPr>
            </w:pPr>
            <w:r w:rsidRPr="00DF7A8F">
              <w:rPr>
                <w:sz w:val="16"/>
                <w:lang w:val="de-DE"/>
              </w:rPr>
              <w:t>01.01.2026</w:t>
            </w:r>
          </w:p>
        </w:tc>
      </w:tr>
    </w:tbl>
    <w:p w14:paraId="1B69CE83" w14:textId="77777777" w:rsidR="008863BD" w:rsidRPr="00202AF4" w:rsidRDefault="008863BD">
      <w:pPr>
        <w:keepNext/>
        <w:pBdr>
          <w:bottom w:val="single" w:sz="6" w:space="1" w:color="000000"/>
        </w:pBdr>
        <w:spacing w:after="40"/>
        <w:rPr>
          <w:b/>
          <w:sz w:val="21"/>
          <w:lang w:val="de-DE"/>
        </w:rPr>
      </w:pPr>
    </w:p>
    <w:p w14:paraId="4D797B55" w14:textId="282B2CFE" w:rsidR="00307C6C" w:rsidRPr="00202AF4" w:rsidRDefault="004C75BA">
      <w:pPr>
        <w:keepNext/>
        <w:pBdr>
          <w:bottom w:val="single" w:sz="6" w:space="1" w:color="000000"/>
        </w:pBdr>
        <w:spacing w:after="40"/>
        <w:rPr>
          <w:lang w:val="de-DE"/>
        </w:rPr>
      </w:pPr>
      <w:r w:rsidRPr="00202AF4">
        <w:rPr>
          <w:b/>
          <w:sz w:val="21"/>
          <w:lang w:val="de-DE"/>
        </w:rPr>
        <w:t>VORLAUF</w:t>
      </w:r>
    </w:p>
    <w:tbl>
      <w:tblPr>
        <w:tblW w:w="10205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217"/>
        <w:gridCol w:w="909"/>
        <w:gridCol w:w="1276"/>
        <w:gridCol w:w="110"/>
        <w:gridCol w:w="1729"/>
        <w:gridCol w:w="1136"/>
      </w:tblGrid>
      <w:tr w:rsidR="00307C6C" w:rsidRPr="00E6248E" w14:paraId="0BEAD2DC" w14:textId="77777777">
        <w:trPr>
          <w:cantSplit/>
          <w:jc w:val="center"/>
        </w:trPr>
        <w:tc>
          <w:tcPr>
            <w:tcW w:w="10205" w:type="dxa"/>
            <w:gridSpan w:val="9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2D53875" w14:textId="77777777" w:rsidR="00307C6C" w:rsidRPr="008844B6" w:rsidRDefault="007771F6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 xml:space="preserve">Abholadresse: </w:t>
            </w:r>
            <w:r w:rsidRPr="008844B6">
              <w:rPr>
                <w:b/>
                <w:sz w:val="16"/>
                <w:lang w:val="de-DE"/>
              </w:rPr>
              <w:t>Zulieferer Alpha GmbH, 21107 Hamburg</w:t>
            </w:r>
          </w:p>
          <w:p w14:paraId="27FD9CD1" w14:textId="7B12D08C" w:rsidR="007771F6" w:rsidRDefault="007771F6">
            <w:pPr>
              <w:rPr>
                <w:b/>
                <w:sz w:val="16"/>
                <w:lang w:val="de-DE"/>
              </w:rPr>
            </w:pPr>
            <w:r w:rsidRPr="002E4E4B">
              <w:rPr>
                <w:b/>
                <w:sz w:val="16"/>
                <w:lang w:val="de-DE"/>
              </w:rPr>
              <w:t>Lieferadresse</w:t>
            </w:r>
            <w:r w:rsidR="002F014E" w:rsidRPr="002E4E4B">
              <w:rPr>
                <w:b/>
                <w:sz w:val="16"/>
                <w:lang w:val="de-DE"/>
              </w:rPr>
              <w:t xml:space="preserve"> (</w:t>
            </w:r>
            <w:r w:rsidR="005805D0" w:rsidRPr="00DF7A8F">
              <w:rPr>
                <w:b/>
                <w:sz w:val="16"/>
                <w:lang w:val="de-DE"/>
              </w:rPr>
              <w:t>kalk.</w:t>
            </w:r>
            <w:r w:rsidR="002E4E4B" w:rsidRPr="00DF7A8F">
              <w:rPr>
                <w:b/>
                <w:sz w:val="16"/>
                <w:lang w:val="de-DE"/>
              </w:rPr>
              <w:t xml:space="preserve"> Umschlagspunkt)</w:t>
            </w:r>
            <w:r w:rsidRPr="002E4E4B">
              <w:rPr>
                <w:b/>
                <w:sz w:val="16"/>
                <w:lang w:val="de-DE"/>
              </w:rPr>
              <w:t xml:space="preserve">: </w:t>
            </w:r>
          </w:p>
          <w:p w14:paraId="7B316584" w14:textId="77777777" w:rsidR="000A6164" w:rsidRDefault="000A6164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>Vorlaufentfernung: 142,00 km</w:t>
            </w:r>
          </w:p>
          <w:p w14:paraId="2CEAE911" w14:textId="524E12D0" w:rsidR="005A2A5D" w:rsidRDefault="005A2A5D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>Gewicht: 1.705 kg</w:t>
            </w:r>
          </w:p>
          <w:p w14:paraId="487D59CC" w14:textId="3B9A0F2C" w:rsidR="00A90631" w:rsidRPr="00202AF4" w:rsidRDefault="00A90631">
            <w:pPr>
              <w:rPr>
                <w:lang w:val="de-DE"/>
              </w:rPr>
            </w:pPr>
            <w:r>
              <w:rPr>
                <w:b/>
                <w:sz w:val="16"/>
                <w:lang w:val="de-DE"/>
              </w:rPr>
              <w:t>Abholdatum: 01.06.2026</w:t>
            </w:r>
          </w:p>
        </w:tc>
      </w:tr>
      <w:tr w:rsidR="002C6AD4" w:rsidRPr="00202AF4" w14:paraId="057567B1" w14:textId="77777777" w:rsidTr="002C6AD4">
        <w:tblPrEx>
          <w:tblBorders>
            <w:top w:val="nil"/>
            <w:bottom w:val="nil"/>
          </w:tblBorders>
        </w:tblPrEx>
        <w:trPr>
          <w:gridAfter w:val="1"/>
          <w:wAfter w:w="1136" w:type="dxa"/>
          <w:cantSplit/>
          <w:jc w:val="center"/>
        </w:trPr>
        <w:tc>
          <w:tcPr>
            <w:tcW w:w="1418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AA7FD0A" w14:textId="6749A5B8" w:rsidR="002C6AD4" w:rsidRPr="00591D79" w:rsidRDefault="002C6AD4" w:rsidP="002C6AD4">
            <w:pPr>
              <w:rPr>
                <w:highlight w:val="red"/>
                <w:lang w:val="de-DE"/>
              </w:rPr>
            </w:pPr>
            <w:r w:rsidRPr="00202AF4">
              <w:rPr>
                <w:b/>
                <w:sz w:val="15"/>
                <w:lang w:val="de-DE"/>
              </w:rPr>
              <w:t>Lieferschein-Nr.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9A34E89" w14:textId="0F676BFF" w:rsidR="002C6AD4" w:rsidRPr="00591D79" w:rsidRDefault="002C6AD4" w:rsidP="002C6AD4">
            <w:pPr>
              <w:rPr>
                <w:highlight w:val="red"/>
                <w:lang w:val="de-DE"/>
              </w:rPr>
            </w:pPr>
            <w:r w:rsidRPr="00202AF4">
              <w:rPr>
                <w:b/>
                <w:sz w:val="15"/>
                <w:lang w:val="de-DE"/>
              </w:rPr>
              <w:t>Lieferant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908B8CE" w14:textId="7D234ABE" w:rsidR="002C6AD4" w:rsidRPr="00202AF4" w:rsidRDefault="002C6AD4" w:rsidP="002C6AD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Gewicht (</w:t>
            </w:r>
            <w:r w:rsidRPr="00202AF4">
              <w:rPr>
                <w:b/>
                <w:sz w:val="15"/>
                <w:lang w:val="de-DE"/>
              </w:rPr>
              <w:t>kg</w:t>
            </w:r>
            <w:r>
              <w:rPr>
                <w:b/>
                <w:sz w:val="15"/>
                <w:lang w:val="de-DE"/>
              </w:rPr>
              <w:t>)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EA6AB46" w14:textId="0007F730" w:rsidR="002C6AD4" w:rsidRPr="00202AF4" w:rsidRDefault="002C6AD4" w:rsidP="002C6AD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Abladestelle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B0580C2" w14:textId="7F3D9063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D2974A2" w14:textId="67C80390" w:rsidR="002C6AD4" w:rsidRPr="00FF20EE" w:rsidRDefault="002C6AD4" w:rsidP="002C6AD4">
            <w:pPr>
              <w:rPr>
                <w:highlight w:val="red"/>
                <w:lang w:val="de-DE"/>
              </w:rPr>
            </w:pPr>
          </w:p>
        </w:tc>
        <w:tc>
          <w:tcPr>
            <w:tcW w:w="110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A6C42BF" w14:textId="74D0C371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729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6494F56" w14:textId="07E6C3C9" w:rsidR="002C6AD4" w:rsidRPr="00202AF4" w:rsidRDefault="002C6AD4" w:rsidP="002C6AD4">
            <w:pPr>
              <w:rPr>
                <w:lang w:val="de-DE"/>
              </w:rPr>
            </w:pPr>
          </w:p>
        </w:tc>
      </w:tr>
      <w:tr w:rsidR="002C6AD4" w:rsidRPr="00202AF4" w14:paraId="655F1BFA" w14:textId="77777777" w:rsidTr="002C6AD4">
        <w:tblPrEx>
          <w:tblBorders>
            <w:top w:val="nil"/>
            <w:bottom w:val="nil"/>
          </w:tblBorders>
        </w:tblPrEx>
        <w:trPr>
          <w:gridAfter w:val="1"/>
          <w:wAfter w:w="1136" w:type="dxa"/>
          <w:cantSplit/>
          <w:jc w:val="center"/>
        </w:trPr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417B5CA" w14:textId="29181F26" w:rsidR="002C6AD4" w:rsidRPr="00591D79" w:rsidRDefault="002C6AD4" w:rsidP="002C6AD4">
            <w:pPr>
              <w:rPr>
                <w:highlight w:val="red"/>
                <w:lang w:val="de-DE"/>
              </w:rPr>
            </w:pPr>
            <w:r w:rsidRPr="00202AF4">
              <w:rPr>
                <w:sz w:val="15"/>
                <w:lang w:val="de-DE"/>
              </w:rPr>
              <w:t>80123456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CA5BA9C" w14:textId="47A91EAF" w:rsidR="002C6AD4" w:rsidRPr="00591D79" w:rsidRDefault="002C6AD4" w:rsidP="002C6AD4">
            <w:pPr>
              <w:rPr>
                <w:highlight w:val="red"/>
                <w:lang w:val="de-DE"/>
              </w:rPr>
            </w:pPr>
            <w:r>
              <w:rPr>
                <w:sz w:val="15"/>
                <w:lang w:val="de-DE"/>
              </w:rPr>
              <w:t>12345678A</w:t>
            </w:r>
          </w:p>
        </w:tc>
        <w:tc>
          <w:tcPr>
            <w:tcW w:w="113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CF4BD4E" w14:textId="5D342050" w:rsidR="002C6AD4" w:rsidRPr="00202AF4" w:rsidRDefault="002C6AD4" w:rsidP="002C6AD4">
            <w:pPr>
              <w:rPr>
                <w:lang w:val="de-DE"/>
              </w:rPr>
            </w:pPr>
            <w:r w:rsidRPr="00202AF4">
              <w:rPr>
                <w:sz w:val="15"/>
                <w:lang w:val="de-DE"/>
              </w:rPr>
              <w:t>1</w:t>
            </w:r>
            <w:r w:rsidR="005A2A5D">
              <w:rPr>
                <w:sz w:val="15"/>
                <w:lang w:val="de-DE"/>
              </w:rPr>
              <w:t>.</w:t>
            </w:r>
            <w:r w:rsidRPr="00202AF4">
              <w:rPr>
                <w:sz w:val="15"/>
                <w:lang w:val="de-DE"/>
              </w:rPr>
              <w:t>650</w:t>
            </w:r>
          </w:p>
        </w:tc>
        <w:tc>
          <w:tcPr>
            <w:tcW w:w="121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40F0983" w14:textId="41E289A2" w:rsidR="002C6AD4" w:rsidRPr="00C73713" w:rsidRDefault="002C6AD4" w:rsidP="002C6AD4">
            <w:pPr>
              <w:rPr>
                <w:lang w:val="de-DE"/>
              </w:rPr>
            </w:pPr>
            <w:r w:rsidRPr="00DF7A8F">
              <w:rPr>
                <w:sz w:val="15"/>
                <w:lang w:val="de-DE"/>
              </w:rPr>
              <w:t>XXX</w:t>
            </w:r>
          </w:p>
        </w:tc>
        <w:tc>
          <w:tcPr>
            <w:tcW w:w="90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FECDEEC" w14:textId="64434BDA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D30F926" w14:textId="60CAEF18" w:rsidR="002C6AD4" w:rsidRPr="00FF20EE" w:rsidRDefault="002C6AD4" w:rsidP="002C6AD4">
            <w:pPr>
              <w:rPr>
                <w:highlight w:val="red"/>
                <w:lang w:val="de-DE"/>
              </w:rPr>
            </w:pPr>
          </w:p>
        </w:tc>
        <w:tc>
          <w:tcPr>
            <w:tcW w:w="11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AD2F28F" w14:textId="20DA4A02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72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9B023EE" w14:textId="7155F54E" w:rsidR="002C6AD4" w:rsidRPr="00202AF4" w:rsidRDefault="002C6AD4" w:rsidP="002C6AD4">
            <w:pPr>
              <w:rPr>
                <w:lang w:val="de-DE"/>
              </w:rPr>
            </w:pPr>
          </w:p>
        </w:tc>
      </w:tr>
      <w:tr w:rsidR="002C6AD4" w:rsidRPr="00202AF4" w14:paraId="67CBBF5C" w14:textId="77777777" w:rsidTr="002C6AD4">
        <w:tblPrEx>
          <w:tblBorders>
            <w:top w:val="nil"/>
            <w:bottom w:val="nil"/>
          </w:tblBorders>
        </w:tblPrEx>
        <w:trPr>
          <w:gridAfter w:val="1"/>
          <w:wAfter w:w="1136" w:type="dxa"/>
          <w:cantSplit/>
          <w:jc w:val="center"/>
        </w:trPr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CC140B5" w14:textId="1681D63F" w:rsidR="002C6AD4" w:rsidRPr="00591D79" w:rsidRDefault="002C6AD4" w:rsidP="002C6AD4">
            <w:pPr>
              <w:rPr>
                <w:highlight w:val="red"/>
                <w:lang w:val="de-DE"/>
              </w:rPr>
            </w:pPr>
            <w:r w:rsidRPr="00202AF4">
              <w:rPr>
                <w:sz w:val="15"/>
                <w:lang w:val="de-DE"/>
              </w:rPr>
              <w:t>80123456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CDC0F08" w14:textId="3E0AFB70" w:rsidR="002C6AD4" w:rsidRPr="00591D79" w:rsidRDefault="002C6AD4" w:rsidP="002C6AD4">
            <w:pPr>
              <w:rPr>
                <w:highlight w:val="red"/>
                <w:lang w:val="de-DE"/>
              </w:rPr>
            </w:pPr>
            <w:r>
              <w:rPr>
                <w:sz w:val="15"/>
                <w:lang w:val="de-DE"/>
              </w:rPr>
              <w:t>12345678A</w:t>
            </w:r>
          </w:p>
        </w:tc>
        <w:tc>
          <w:tcPr>
            <w:tcW w:w="113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1399759" w14:textId="388E538D" w:rsidR="002C6AD4" w:rsidRPr="00202AF4" w:rsidRDefault="002C6AD4" w:rsidP="002C6AD4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55</w:t>
            </w:r>
          </w:p>
        </w:tc>
        <w:tc>
          <w:tcPr>
            <w:tcW w:w="121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9700B79" w14:textId="7E0D648D" w:rsidR="002C6AD4" w:rsidRPr="00C73713" w:rsidRDefault="002C6AD4" w:rsidP="002C6AD4">
            <w:pPr>
              <w:rPr>
                <w:lang w:val="de-DE"/>
              </w:rPr>
            </w:pPr>
            <w:r w:rsidRPr="00DF7A8F">
              <w:rPr>
                <w:sz w:val="15"/>
                <w:lang w:val="de-DE"/>
              </w:rPr>
              <w:t>XXX</w:t>
            </w:r>
          </w:p>
        </w:tc>
        <w:tc>
          <w:tcPr>
            <w:tcW w:w="90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A74E823" w14:textId="77BCA06C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1FA75FD" w14:textId="18CC7BF8" w:rsidR="002C6AD4" w:rsidRPr="00FF20EE" w:rsidRDefault="002C6AD4" w:rsidP="002C6AD4">
            <w:pPr>
              <w:rPr>
                <w:highlight w:val="red"/>
                <w:lang w:val="de-DE"/>
              </w:rPr>
            </w:pPr>
          </w:p>
        </w:tc>
        <w:tc>
          <w:tcPr>
            <w:tcW w:w="11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08D1446" w14:textId="707D847D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72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F4F7F19" w14:textId="1A509E3B" w:rsidR="002C6AD4" w:rsidRPr="00202AF4" w:rsidRDefault="002C6AD4" w:rsidP="002C6AD4">
            <w:pPr>
              <w:rPr>
                <w:lang w:val="de-DE"/>
              </w:rPr>
            </w:pPr>
          </w:p>
        </w:tc>
      </w:tr>
    </w:tbl>
    <w:p w14:paraId="31464220" w14:textId="77777777" w:rsidR="00E571F3" w:rsidRDefault="00E571F3">
      <w:pPr>
        <w:spacing w:line="24" w:lineRule="exact"/>
        <w:rPr>
          <w:lang w:val="de-DE"/>
        </w:rPr>
      </w:pPr>
    </w:p>
    <w:tbl>
      <w:tblPr>
        <w:tblW w:w="1020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1646"/>
        <w:gridCol w:w="735"/>
        <w:gridCol w:w="1191"/>
        <w:gridCol w:w="1455"/>
        <w:gridCol w:w="1058"/>
        <w:gridCol w:w="2112"/>
        <w:gridCol w:w="115"/>
        <w:gridCol w:w="1100"/>
      </w:tblGrid>
      <w:tr w:rsidR="000803E4" w:rsidRPr="00202AF4" w14:paraId="5A9C47A3" w14:textId="77777777" w:rsidTr="000803E4">
        <w:trPr>
          <w:cantSplit/>
          <w:trHeight w:val="214"/>
          <w:jc w:val="center"/>
        </w:trPr>
        <w:tc>
          <w:tcPr>
            <w:tcW w:w="794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7A47CA9" w14:textId="2D747229" w:rsidR="000803E4" w:rsidRPr="00202AF4" w:rsidRDefault="000803E4" w:rsidP="000803E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Position</w:t>
            </w:r>
          </w:p>
        </w:tc>
        <w:tc>
          <w:tcPr>
            <w:tcW w:w="1646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C4F43A6" w14:textId="4CFD1196" w:rsidR="000803E4" w:rsidRPr="00202AF4" w:rsidRDefault="000803E4" w:rsidP="000803E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Leistung</w:t>
            </w:r>
          </w:p>
        </w:tc>
        <w:tc>
          <w:tcPr>
            <w:tcW w:w="735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7E3127E" w14:textId="6620F41F" w:rsidR="000803E4" w:rsidRPr="00202AF4" w:rsidRDefault="000803E4" w:rsidP="000803E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Menge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vAlign w:val="center"/>
          </w:tcPr>
          <w:p w14:paraId="65B34990" w14:textId="3CF8BDB4" w:rsidR="000803E4" w:rsidRDefault="000803E4" w:rsidP="000803E4">
            <w:pPr>
              <w:rPr>
                <w:b/>
                <w:sz w:val="15"/>
                <w:lang w:val="de-DE"/>
              </w:rPr>
            </w:pPr>
            <w:r>
              <w:rPr>
                <w:b/>
                <w:sz w:val="15"/>
                <w:lang w:val="de-DE"/>
              </w:rPr>
              <w:t>Einheit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D4947CA" w14:textId="1127BF37" w:rsidR="000803E4" w:rsidRPr="00202AF4" w:rsidRDefault="000803E4" w:rsidP="000803E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Einzelpreis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F53C5F5" w14:textId="28D4444C" w:rsidR="000803E4" w:rsidRPr="00202AF4" w:rsidRDefault="000803E4" w:rsidP="000803E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Basis/Info</w:t>
            </w:r>
          </w:p>
        </w:tc>
        <w:tc>
          <w:tcPr>
            <w:tcW w:w="2112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BDE1CF9" w14:textId="28EEBB5A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5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30A558B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E80B492" w14:textId="04079D22" w:rsidR="000803E4" w:rsidRPr="00202AF4" w:rsidRDefault="000803E4" w:rsidP="000803E4">
            <w:pPr>
              <w:jc w:val="right"/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Betrag</w:t>
            </w:r>
          </w:p>
        </w:tc>
      </w:tr>
      <w:tr w:rsidR="000803E4" w:rsidRPr="00202AF4" w14:paraId="096352BF" w14:textId="77777777" w:rsidTr="000803E4">
        <w:trPr>
          <w:cantSplit/>
          <w:trHeight w:val="214"/>
          <w:jc w:val="center"/>
        </w:trPr>
        <w:tc>
          <w:tcPr>
            <w:tcW w:w="79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8752922" w14:textId="75E43D47" w:rsidR="000803E4" w:rsidRPr="00202AF4" w:rsidRDefault="000803E4" w:rsidP="000803E4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10</w:t>
            </w:r>
          </w:p>
        </w:tc>
        <w:tc>
          <w:tcPr>
            <w:tcW w:w="164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1B7CCEE" w14:textId="1ABDD44B" w:rsidR="000803E4" w:rsidRPr="00202AF4" w:rsidRDefault="000803E4" w:rsidP="000803E4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Fracht Grundpreis</w:t>
            </w:r>
            <w:r w:rsidR="005B172B">
              <w:rPr>
                <w:sz w:val="15"/>
                <w:lang w:val="de-DE"/>
              </w:rPr>
              <w:t xml:space="preserve"> </w:t>
            </w:r>
            <w:r w:rsidR="005B172B" w:rsidRPr="00DF7A8F">
              <w:rPr>
                <w:sz w:val="15"/>
                <w:lang w:val="de-DE"/>
              </w:rPr>
              <w:t>3Ax</w:t>
            </w:r>
          </w:p>
        </w:tc>
        <w:tc>
          <w:tcPr>
            <w:tcW w:w="73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33D7632" w14:textId="516F36D5" w:rsidR="000803E4" w:rsidRPr="00202AF4" w:rsidRDefault="000803E4" w:rsidP="000803E4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 xml:space="preserve">1,00 </w:t>
            </w:r>
          </w:p>
        </w:tc>
        <w:tc>
          <w:tcPr>
            <w:tcW w:w="1191" w:type="dxa"/>
            <w:vAlign w:val="center"/>
          </w:tcPr>
          <w:p w14:paraId="198AC88C" w14:textId="37D64CF0" w:rsidR="004520FD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S</w:t>
            </w:r>
            <w:r w:rsidR="004520FD">
              <w:rPr>
                <w:sz w:val="15"/>
                <w:lang w:val="de-DE"/>
              </w:rPr>
              <w:t>tück</w:t>
            </w: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7EC0453" w14:textId="20A22172" w:rsidR="000803E4" w:rsidRPr="00202AF4" w:rsidRDefault="000803E4" w:rsidP="000803E4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145,50 EUR</w:t>
            </w:r>
          </w:p>
        </w:tc>
        <w:tc>
          <w:tcPr>
            <w:tcW w:w="105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46EE2C6" w14:textId="4FF435D7" w:rsidR="000803E4" w:rsidRPr="00202AF4" w:rsidRDefault="000803E4" w:rsidP="000803E4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Pauschal</w:t>
            </w:r>
          </w:p>
        </w:tc>
        <w:tc>
          <w:tcPr>
            <w:tcW w:w="211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CFEBD72" w14:textId="699629A9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3B66707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79B3C41" w14:textId="2C8E561B" w:rsidR="000803E4" w:rsidRPr="00202AF4" w:rsidRDefault="000803E4" w:rsidP="000803E4">
            <w:pPr>
              <w:jc w:val="right"/>
              <w:rPr>
                <w:lang w:val="de-DE"/>
              </w:rPr>
            </w:pPr>
            <w:r>
              <w:rPr>
                <w:sz w:val="15"/>
                <w:lang w:val="de-DE"/>
              </w:rPr>
              <w:t>145,50 EUR</w:t>
            </w:r>
          </w:p>
        </w:tc>
      </w:tr>
      <w:tr w:rsidR="000803E4" w:rsidRPr="00202AF4" w14:paraId="1059F992" w14:textId="77777777" w:rsidTr="000803E4">
        <w:trPr>
          <w:cantSplit/>
          <w:trHeight w:val="214"/>
          <w:jc w:val="center"/>
        </w:trPr>
        <w:tc>
          <w:tcPr>
            <w:tcW w:w="79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1313205" w14:textId="4D59C95B" w:rsidR="000803E4" w:rsidRDefault="007747E7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20</w:t>
            </w:r>
          </w:p>
        </w:tc>
        <w:tc>
          <w:tcPr>
            <w:tcW w:w="164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758B4AC" w14:textId="4D546BDE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Marge in %</w:t>
            </w:r>
          </w:p>
        </w:tc>
        <w:tc>
          <w:tcPr>
            <w:tcW w:w="73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117EF92" w14:textId="3D9AADA0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5,00</w:t>
            </w:r>
          </w:p>
        </w:tc>
        <w:tc>
          <w:tcPr>
            <w:tcW w:w="1191" w:type="dxa"/>
            <w:vAlign w:val="center"/>
          </w:tcPr>
          <w:p w14:paraId="38C43AF9" w14:textId="284239F8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%</w:t>
            </w: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E4E79A5" w14:textId="6B00AF27" w:rsidR="000803E4" w:rsidRDefault="000803E4" w:rsidP="000803E4">
            <w:pPr>
              <w:rPr>
                <w:sz w:val="15"/>
                <w:lang w:val="de-DE"/>
              </w:rPr>
            </w:pPr>
          </w:p>
        </w:tc>
        <w:tc>
          <w:tcPr>
            <w:tcW w:w="105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39DA555" w14:textId="641A4890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Auf Pos. 10</w:t>
            </w:r>
          </w:p>
        </w:tc>
        <w:tc>
          <w:tcPr>
            <w:tcW w:w="211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1DC610E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E843240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08884C4" w14:textId="5CD337A9" w:rsidR="000803E4" w:rsidRDefault="000803E4" w:rsidP="000803E4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7,28 EUR</w:t>
            </w:r>
          </w:p>
        </w:tc>
      </w:tr>
      <w:tr w:rsidR="000803E4" w:rsidRPr="00202AF4" w14:paraId="6FCF5FEA" w14:textId="77777777" w:rsidTr="000803E4">
        <w:trPr>
          <w:cantSplit/>
          <w:trHeight w:val="214"/>
          <w:jc w:val="center"/>
        </w:trPr>
        <w:tc>
          <w:tcPr>
            <w:tcW w:w="79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531725B" w14:textId="0095000A" w:rsidR="000803E4" w:rsidRDefault="007747E7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30</w:t>
            </w:r>
          </w:p>
        </w:tc>
        <w:tc>
          <w:tcPr>
            <w:tcW w:w="164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4FCB153" w14:textId="374D36D4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Dieselzuschlag</w:t>
            </w:r>
          </w:p>
        </w:tc>
        <w:tc>
          <w:tcPr>
            <w:tcW w:w="73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D2B93B1" w14:textId="00A55676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5,00</w:t>
            </w:r>
          </w:p>
        </w:tc>
        <w:tc>
          <w:tcPr>
            <w:tcW w:w="1191" w:type="dxa"/>
            <w:vAlign w:val="center"/>
          </w:tcPr>
          <w:p w14:paraId="19EA3A7D" w14:textId="0FB69C50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%</w:t>
            </w: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4EF6D43" w14:textId="77777777" w:rsidR="000803E4" w:rsidRDefault="000803E4" w:rsidP="000803E4">
            <w:pPr>
              <w:rPr>
                <w:sz w:val="15"/>
                <w:lang w:val="de-DE"/>
              </w:rPr>
            </w:pPr>
          </w:p>
        </w:tc>
        <w:tc>
          <w:tcPr>
            <w:tcW w:w="105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03F9562" w14:textId="79DB27F5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Auf Pos. 10</w:t>
            </w:r>
            <w:r w:rsidR="007747E7">
              <w:rPr>
                <w:sz w:val="15"/>
                <w:lang w:val="de-DE"/>
              </w:rPr>
              <w:t>+20</w:t>
            </w:r>
          </w:p>
        </w:tc>
        <w:tc>
          <w:tcPr>
            <w:tcW w:w="211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25295C3" w14:textId="298DEF3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548266A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BF6A2C5" w14:textId="4D1D57C2" w:rsidR="000803E4" w:rsidRDefault="000803E4" w:rsidP="000803E4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7,</w:t>
            </w:r>
            <w:r w:rsidR="0012397D">
              <w:rPr>
                <w:sz w:val="15"/>
                <w:lang w:val="de-DE"/>
              </w:rPr>
              <w:t>64</w:t>
            </w:r>
            <w:r>
              <w:rPr>
                <w:sz w:val="15"/>
                <w:lang w:val="de-DE"/>
              </w:rPr>
              <w:t xml:space="preserve"> EUR</w:t>
            </w:r>
          </w:p>
        </w:tc>
      </w:tr>
    </w:tbl>
    <w:p w14:paraId="5DA6619F" w14:textId="77777777" w:rsidR="00E571F3" w:rsidRDefault="00E571F3">
      <w:pPr>
        <w:spacing w:line="24" w:lineRule="exact"/>
        <w:rPr>
          <w:lang w:val="de-DE"/>
        </w:rPr>
      </w:pPr>
    </w:p>
    <w:p w14:paraId="297FF849" w14:textId="77777777" w:rsidR="00E571F3" w:rsidRDefault="00E571F3">
      <w:pPr>
        <w:spacing w:line="24" w:lineRule="exact"/>
        <w:rPr>
          <w:lang w:val="de-DE"/>
        </w:rPr>
      </w:pPr>
    </w:p>
    <w:p w14:paraId="1069CAD3" w14:textId="77777777" w:rsidR="00E571F3" w:rsidRDefault="00E571F3">
      <w:pPr>
        <w:spacing w:line="24" w:lineRule="exact"/>
        <w:rPr>
          <w:lang w:val="de-DE"/>
        </w:rPr>
      </w:pPr>
    </w:p>
    <w:p w14:paraId="41BCE555" w14:textId="77777777" w:rsidR="00E571F3" w:rsidRDefault="00E571F3">
      <w:pPr>
        <w:spacing w:line="24" w:lineRule="exact"/>
        <w:rPr>
          <w:lang w:val="de-DE"/>
        </w:rPr>
      </w:pPr>
    </w:p>
    <w:p w14:paraId="2D692BE5" w14:textId="77777777" w:rsidR="00E571F3" w:rsidRDefault="00E571F3">
      <w:pPr>
        <w:spacing w:line="24" w:lineRule="exact"/>
        <w:rPr>
          <w:lang w:val="de-DE"/>
        </w:rPr>
      </w:pPr>
    </w:p>
    <w:p w14:paraId="5CC7A7DF" w14:textId="77777777" w:rsidR="00E571F3" w:rsidRDefault="00E571F3">
      <w:pPr>
        <w:spacing w:line="24" w:lineRule="exact"/>
        <w:rPr>
          <w:lang w:val="de-DE"/>
        </w:rPr>
      </w:pPr>
    </w:p>
    <w:p w14:paraId="317D4BBB" w14:textId="77777777" w:rsidR="00E571F3" w:rsidRPr="00202AF4" w:rsidRDefault="00E571F3">
      <w:pPr>
        <w:spacing w:line="24" w:lineRule="exact"/>
        <w:rPr>
          <w:lang w:val="de-DE"/>
        </w:rPr>
      </w:pPr>
    </w:p>
    <w:tbl>
      <w:tblPr>
        <w:tblW w:w="10205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217"/>
        <w:gridCol w:w="909"/>
        <w:gridCol w:w="1276"/>
        <w:gridCol w:w="110"/>
        <w:gridCol w:w="1729"/>
        <w:gridCol w:w="1136"/>
      </w:tblGrid>
      <w:tr w:rsidR="000A6164" w:rsidRPr="00E6248E" w14:paraId="6877E4BA" w14:textId="77777777" w:rsidTr="00BD1070">
        <w:trPr>
          <w:cantSplit/>
          <w:jc w:val="center"/>
        </w:trPr>
        <w:tc>
          <w:tcPr>
            <w:tcW w:w="10205" w:type="dxa"/>
            <w:gridSpan w:val="9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3533049" w14:textId="6A8E8497" w:rsidR="000A6164" w:rsidRPr="008844B6" w:rsidRDefault="000A6164" w:rsidP="00BD1070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 xml:space="preserve">Abholadresse: </w:t>
            </w:r>
            <w:r w:rsidR="00113C97">
              <w:rPr>
                <w:b/>
                <w:sz w:val="16"/>
                <w:lang w:val="de-DE"/>
              </w:rPr>
              <w:t>Neustadt Metallverarbeitung</w:t>
            </w:r>
            <w:r w:rsidRPr="008844B6">
              <w:rPr>
                <w:b/>
                <w:sz w:val="16"/>
                <w:lang w:val="de-DE"/>
              </w:rPr>
              <w:t xml:space="preserve"> GmbH, </w:t>
            </w:r>
            <w:r w:rsidR="00113C97">
              <w:rPr>
                <w:b/>
                <w:sz w:val="16"/>
                <w:lang w:val="de-DE"/>
              </w:rPr>
              <w:t>12345</w:t>
            </w:r>
            <w:r w:rsidRPr="008844B6">
              <w:rPr>
                <w:b/>
                <w:sz w:val="16"/>
                <w:lang w:val="de-DE"/>
              </w:rPr>
              <w:t xml:space="preserve"> </w:t>
            </w:r>
            <w:r w:rsidR="00113C97">
              <w:rPr>
                <w:b/>
                <w:sz w:val="16"/>
                <w:lang w:val="de-DE"/>
              </w:rPr>
              <w:t>Neustadt</w:t>
            </w:r>
          </w:p>
          <w:p w14:paraId="4DC798AA" w14:textId="68028C50" w:rsidR="002E4E4B" w:rsidRDefault="002E4E4B" w:rsidP="00BD1070">
            <w:pPr>
              <w:rPr>
                <w:b/>
                <w:sz w:val="16"/>
                <w:lang w:val="de-DE"/>
              </w:rPr>
            </w:pPr>
            <w:r w:rsidRPr="002E4E4B">
              <w:rPr>
                <w:b/>
                <w:sz w:val="16"/>
                <w:lang w:val="de-DE"/>
              </w:rPr>
              <w:t>Lieferadresse (</w:t>
            </w:r>
            <w:r w:rsidRPr="007A2DDF">
              <w:rPr>
                <w:b/>
                <w:sz w:val="16"/>
                <w:lang w:val="de-DE"/>
              </w:rPr>
              <w:t>kalk. Umschlagspunkt)</w:t>
            </w:r>
            <w:r w:rsidRPr="002E4E4B">
              <w:rPr>
                <w:b/>
                <w:sz w:val="16"/>
                <w:lang w:val="de-DE"/>
              </w:rPr>
              <w:t xml:space="preserve">: </w:t>
            </w:r>
          </w:p>
          <w:p w14:paraId="0A902C6B" w14:textId="4A983F77" w:rsidR="000A6164" w:rsidRDefault="000A6164" w:rsidP="00BD1070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 xml:space="preserve">Vorlaufentfernung: </w:t>
            </w:r>
            <w:r w:rsidR="00113C97">
              <w:rPr>
                <w:b/>
                <w:sz w:val="16"/>
                <w:lang w:val="de-DE"/>
              </w:rPr>
              <w:t>233</w:t>
            </w:r>
            <w:r>
              <w:rPr>
                <w:b/>
                <w:sz w:val="16"/>
                <w:lang w:val="de-DE"/>
              </w:rPr>
              <w:t>,00 km</w:t>
            </w:r>
          </w:p>
          <w:p w14:paraId="2F02455D" w14:textId="77777777" w:rsidR="005A2A5D" w:rsidRDefault="005A2A5D" w:rsidP="005A2A5D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>Gewicht: 1.705 kg</w:t>
            </w:r>
          </w:p>
          <w:p w14:paraId="107EB87A" w14:textId="2C40121F" w:rsidR="00A90631" w:rsidRPr="00202AF4" w:rsidRDefault="00A90631" w:rsidP="00BD1070">
            <w:pPr>
              <w:rPr>
                <w:lang w:val="de-DE"/>
              </w:rPr>
            </w:pPr>
            <w:r>
              <w:rPr>
                <w:b/>
                <w:sz w:val="16"/>
                <w:lang w:val="de-DE"/>
              </w:rPr>
              <w:t>Abholdatum: 01.06.2026</w:t>
            </w:r>
          </w:p>
        </w:tc>
      </w:tr>
      <w:tr w:rsidR="002C6AD4" w:rsidRPr="00202AF4" w14:paraId="5D362278" w14:textId="77777777" w:rsidTr="002C6AD4">
        <w:tblPrEx>
          <w:tblBorders>
            <w:top w:val="nil"/>
            <w:bottom w:val="nil"/>
          </w:tblBorders>
        </w:tblPrEx>
        <w:trPr>
          <w:gridAfter w:val="1"/>
          <w:wAfter w:w="1136" w:type="dxa"/>
          <w:cantSplit/>
          <w:jc w:val="center"/>
        </w:trPr>
        <w:tc>
          <w:tcPr>
            <w:tcW w:w="1418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A8EAD8D" w14:textId="4F00D5C9" w:rsidR="002C6AD4" w:rsidRPr="00B50A4A" w:rsidRDefault="002C6AD4" w:rsidP="002C6AD4">
            <w:pPr>
              <w:rPr>
                <w:highlight w:val="red"/>
                <w:lang w:val="de-DE"/>
              </w:rPr>
            </w:pPr>
            <w:r w:rsidRPr="00202AF4">
              <w:rPr>
                <w:b/>
                <w:sz w:val="15"/>
                <w:lang w:val="de-DE"/>
              </w:rPr>
              <w:t>Lieferschein-Nr.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EA4EF56" w14:textId="6E164F97" w:rsidR="002C6AD4" w:rsidRPr="00B50A4A" w:rsidRDefault="002C6AD4" w:rsidP="002C6AD4">
            <w:pPr>
              <w:rPr>
                <w:highlight w:val="red"/>
                <w:lang w:val="de-DE"/>
              </w:rPr>
            </w:pPr>
            <w:r w:rsidRPr="00202AF4">
              <w:rPr>
                <w:b/>
                <w:sz w:val="15"/>
                <w:lang w:val="de-DE"/>
              </w:rPr>
              <w:t>Lieferant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87E8C6A" w14:textId="68F8504F" w:rsidR="002C6AD4" w:rsidRPr="00202AF4" w:rsidRDefault="002C6AD4" w:rsidP="002C6AD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Gewicht (</w:t>
            </w:r>
            <w:r w:rsidRPr="00202AF4">
              <w:rPr>
                <w:b/>
                <w:sz w:val="15"/>
                <w:lang w:val="de-DE"/>
              </w:rPr>
              <w:t>kg</w:t>
            </w:r>
            <w:r>
              <w:rPr>
                <w:b/>
                <w:sz w:val="15"/>
                <w:lang w:val="de-DE"/>
              </w:rPr>
              <w:t>)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9DD6DA2" w14:textId="3025129A" w:rsidR="002C6AD4" w:rsidRPr="00202AF4" w:rsidRDefault="002C6AD4" w:rsidP="002C6AD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Abladestelle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EC3E9B8" w14:textId="277BDA56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CEA1A12" w14:textId="4DF768CA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10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BF729C3" w14:textId="77777777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729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409F62F" w14:textId="77777777" w:rsidR="002C6AD4" w:rsidRPr="00202AF4" w:rsidRDefault="002C6AD4" w:rsidP="002C6AD4">
            <w:pPr>
              <w:rPr>
                <w:lang w:val="de-DE"/>
              </w:rPr>
            </w:pPr>
          </w:p>
        </w:tc>
      </w:tr>
      <w:tr w:rsidR="002C6AD4" w:rsidRPr="00C73713" w14:paraId="0C956A51" w14:textId="77777777" w:rsidTr="002C6AD4">
        <w:tblPrEx>
          <w:tblBorders>
            <w:top w:val="nil"/>
            <w:bottom w:val="nil"/>
          </w:tblBorders>
        </w:tblPrEx>
        <w:trPr>
          <w:gridAfter w:val="1"/>
          <w:wAfter w:w="1136" w:type="dxa"/>
          <w:cantSplit/>
          <w:jc w:val="center"/>
        </w:trPr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0D534AF" w14:textId="457671AF" w:rsidR="002C6AD4" w:rsidRPr="00DF7A8F" w:rsidRDefault="002C6AD4" w:rsidP="002C6AD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>9988776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E52BDF2" w14:textId="0D2537E4" w:rsidR="002C6AD4" w:rsidRPr="00DF7A8F" w:rsidRDefault="002C6AD4" w:rsidP="002C6AD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>87654321B</w:t>
            </w:r>
          </w:p>
        </w:tc>
        <w:tc>
          <w:tcPr>
            <w:tcW w:w="113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74DB260" w14:textId="1D017F89" w:rsidR="002C6AD4" w:rsidRPr="00C73713" w:rsidRDefault="002C6AD4" w:rsidP="002C6AD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>1</w:t>
            </w:r>
            <w:r w:rsidR="005A2A5D">
              <w:rPr>
                <w:sz w:val="15"/>
                <w:lang w:val="de-DE"/>
              </w:rPr>
              <w:t>.</w:t>
            </w:r>
            <w:r w:rsidRPr="00C73713">
              <w:rPr>
                <w:sz w:val="15"/>
                <w:lang w:val="de-DE"/>
              </w:rPr>
              <w:t>650</w:t>
            </w:r>
          </w:p>
        </w:tc>
        <w:tc>
          <w:tcPr>
            <w:tcW w:w="121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AC0DA77" w14:textId="194766A1" w:rsidR="002C6AD4" w:rsidRPr="00C73713" w:rsidRDefault="002C6AD4" w:rsidP="002C6AD4">
            <w:pPr>
              <w:rPr>
                <w:lang w:val="de-DE"/>
              </w:rPr>
            </w:pPr>
            <w:r w:rsidRPr="00DF7A8F">
              <w:rPr>
                <w:sz w:val="15"/>
                <w:lang w:val="de-DE"/>
              </w:rPr>
              <w:t>XXX</w:t>
            </w:r>
          </w:p>
        </w:tc>
        <w:tc>
          <w:tcPr>
            <w:tcW w:w="90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389D14B" w14:textId="0D79B21F" w:rsidR="002C6AD4" w:rsidRPr="00C73713" w:rsidRDefault="002C6AD4" w:rsidP="002C6AD4">
            <w:pPr>
              <w:rPr>
                <w:lang w:val="de-DE"/>
              </w:rPr>
            </w:pP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92F2C70" w14:textId="65E7ECF0" w:rsidR="002C6AD4" w:rsidRPr="00C73713" w:rsidRDefault="002C6AD4" w:rsidP="002C6AD4">
            <w:pPr>
              <w:rPr>
                <w:lang w:val="de-DE"/>
              </w:rPr>
            </w:pPr>
          </w:p>
        </w:tc>
        <w:tc>
          <w:tcPr>
            <w:tcW w:w="11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1C87C0F" w14:textId="77777777" w:rsidR="002C6AD4" w:rsidRPr="00C73713" w:rsidRDefault="002C6AD4" w:rsidP="002C6AD4">
            <w:pPr>
              <w:rPr>
                <w:lang w:val="de-DE"/>
              </w:rPr>
            </w:pPr>
          </w:p>
        </w:tc>
        <w:tc>
          <w:tcPr>
            <w:tcW w:w="172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34C2E35" w14:textId="77777777" w:rsidR="002C6AD4" w:rsidRPr="00C73713" w:rsidRDefault="002C6AD4" w:rsidP="002C6AD4">
            <w:pPr>
              <w:rPr>
                <w:lang w:val="de-DE"/>
              </w:rPr>
            </w:pPr>
          </w:p>
        </w:tc>
      </w:tr>
      <w:tr w:rsidR="002C6AD4" w:rsidRPr="00C73713" w14:paraId="3F6AA43D" w14:textId="77777777" w:rsidTr="002C6AD4">
        <w:tblPrEx>
          <w:tblBorders>
            <w:top w:val="nil"/>
            <w:bottom w:val="nil"/>
          </w:tblBorders>
        </w:tblPrEx>
        <w:trPr>
          <w:gridAfter w:val="1"/>
          <w:wAfter w:w="1136" w:type="dxa"/>
          <w:cantSplit/>
          <w:jc w:val="center"/>
        </w:trPr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B1C6EB4" w14:textId="598F1C1A" w:rsidR="002C6AD4" w:rsidRPr="00DF7A8F" w:rsidRDefault="002C6AD4" w:rsidP="002C6AD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>9988776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CCFE1F4" w14:textId="1C2163F8" w:rsidR="002C6AD4" w:rsidRPr="00DF7A8F" w:rsidRDefault="002C6AD4" w:rsidP="002C6AD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>87654321B</w:t>
            </w:r>
          </w:p>
        </w:tc>
        <w:tc>
          <w:tcPr>
            <w:tcW w:w="113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E1C436D" w14:textId="0E8328E6" w:rsidR="002C6AD4" w:rsidRPr="00C73713" w:rsidRDefault="002C6AD4" w:rsidP="002C6AD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>55</w:t>
            </w:r>
          </w:p>
        </w:tc>
        <w:tc>
          <w:tcPr>
            <w:tcW w:w="121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D539B1F" w14:textId="6338E94E" w:rsidR="002C6AD4" w:rsidRPr="00C73713" w:rsidRDefault="002C6AD4" w:rsidP="002C6AD4">
            <w:pPr>
              <w:rPr>
                <w:lang w:val="de-DE"/>
              </w:rPr>
            </w:pPr>
            <w:r w:rsidRPr="00DF7A8F">
              <w:rPr>
                <w:sz w:val="15"/>
                <w:lang w:val="de-DE"/>
              </w:rPr>
              <w:t>XXX</w:t>
            </w:r>
          </w:p>
        </w:tc>
        <w:tc>
          <w:tcPr>
            <w:tcW w:w="90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B72A4BE" w14:textId="150A15E4" w:rsidR="002C6AD4" w:rsidRPr="00C73713" w:rsidRDefault="002C6AD4" w:rsidP="002C6AD4">
            <w:pPr>
              <w:rPr>
                <w:lang w:val="de-DE"/>
              </w:rPr>
            </w:pP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826D481" w14:textId="39F2072D" w:rsidR="002C6AD4" w:rsidRPr="00C73713" w:rsidRDefault="002C6AD4" w:rsidP="002C6AD4">
            <w:pPr>
              <w:rPr>
                <w:lang w:val="de-DE"/>
              </w:rPr>
            </w:pPr>
          </w:p>
        </w:tc>
        <w:tc>
          <w:tcPr>
            <w:tcW w:w="11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4B33DA5" w14:textId="77777777" w:rsidR="002C6AD4" w:rsidRPr="00C73713" w:rsidRDefault="002C6AD4" w:rsidP="002C6AD4">
            <w:pPr>
              <w:rPr>
                <w:lang w:val="de-DE"/>
              </w:rPr>
            </w:pPr>
          </w:p>
        </w:tc>
        <w:tc>
          <w:tcPr>
            <w:tcW w:w="172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B50A22E" w14:textId="77777777" w:rsidR="002C6AD4" w:rsidRPr="00C73713" w:rsidRDefault="002C6AD4" w:rsidP="002C6AD4">
            <w:pPr>
              <w:rPr>
                <w:lang w:val="de-DE"/>
              </w:rPr>
            </w:pPr>
          </w:p>
        </w:tc>
      </w:tr>
    </w:tbl>
    <w:p w14:paraId="792B96B7" w14:textId="77777777" w:rsidR="000A6164" w:rsidRPr="00C73713" w:rsidRDefault="000A6164" w:rsidP="000A6164">
      <w:pPr>
        <w:spacing w:line="24" w:lineRule="exact"/>
        <w:rPr>
          <w:lang w:val="de-DE"/>
        </w:rPr>
      </w:pPr>
    </w:p>
    <w:tbl>
      <w:tblPr>
        <w:tblW w:w="1020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1646"/>
        <w:gridCol w:w="735"/>
        <w:gridCol w:w="1191"/>
        <w:gridCol w:w="1455"/>
        <w:gridCol w:w="1058"/>
        <w:gridCol w:w="2112"/>
        <w:gridCol w:w="115"/>
        <w:gridCol w:w="1100"/>
      </w:tblGrid>
      <w:tr w:rsidR="000803E4" w:rsidRPr="00C73713" w14:paraId="591AD9E4" w14:textId="77777777" w:rsidTr="000803E4">
        <w:trPr>
          <w:cantSplit/>
          <w:trHeight w:val="214"/>
          <w:jc w:val="center"/>
        </w:trPr>
        <w:tc>
          <w:tcPr>
            <w:tcW w:w="794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841F387" w14:textId="77777777" w:rsidR="000803E4" w:rsidRPr="00C73713" w:rsidRDefault="000803E4" w:rsidP="000803E4">
            <w:pPr>
              <w:rPr>
                <w:lang w:val="de-DE"/>
              </w:rPr>
            </w:pPr>
            <w:r w:rsidRPr="00C73713">
              <w:rPr>
                <w:b/>
                <w:sz w:val="15"/>
                <w:lang w:val="de-DE"/>
              </w:rPr>
              <w:t>Position</w:t>
            </w:r>
          </w:p>
        </w:tc>
        <w:tc>
          <w:tcPr>
            <w:tcW w:w="1646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5283E10" w14:textId="77777777" w:rsidR="000803E4" w:rsidRPr="00C73713" w:rsidRDefault="000803E4" w:rsidP="000803E4">
            <w:pPr>
              <w:rPr>
                <w:lang w:val="de-DE"/>
              </w:rPr>
            </w:pPr>
            <w:r w:rsidRPr="00C73713">
              <w:rPr>
                <w:b/>
                <w:sz w:val="15"/>
                <w:lang w:val="de-DE"/>
              </w:rPr>
              <w:t>Leistung</w:t>
            </w:r>
          </w:p>
        </w:tc>
        <w:tc>
          <w:tcPr>
            <w:tcW w:w="735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3E1B23E" w14:textId="77777777" w:rsidR="000803E4" w:rsidRPr="00C73713" w:rsidRDefault="000803E4" w:rsidP="000803E4">
            <w:pPr>
              <w:rPr>
                <w:lang w:val="de-DE"/>
              </w:rPr>
            </w:pPr>
            <w:r w:rsidRPr="00C73713">
              <w:rPr>
                <w:b/>
                <w:sz w:val="15"/>
                <w:lang w:val="de-DE"/>
              </w:rPr>
              <w:t>Menge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vAlign w:val="center"/>
          </w:tcPr>
          <w:p w14:paraId="1A3B0FD6" w14:textId="4EA7EE9D" w:rsidR="000803E4" w:rsidRPr="00C73713" w:rsidRDefault="000803E4" w:rsidP="000803E4">
            <w:pPr>
              <w:rPr>
                <w:b/>
                <w:sz w:val="15"/>
                <w:lang w:val="de-DE"/>
              </w:rPr>
            </w:pPr>
            <w:r w:rsidRPr="00C73713">
              <w:rPr>
                <w:b/>
                <w:sz w:val="15"/>
                <w:lang w:val="de-DE"/>
              </w:rPr>
              <w:t>Einheit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A60E651" w14:textId="77777777" w:rsidR="000803E4" w:rsidRPr="00C73713" w:rsidRDefault="000803E4" w:rsidP="000803E4">
            <w:pPr>
              <w:rPr>
                <w:lang w:val="de-DE"/>
              </w:rPr>
            </w:pPr>
            <w:r w:rsidRPr="00C73713">
              <w:rPr>
                <w:b/>
                <w:sz w:val="15"/>
                <w:lang w:val="de-DE"/>
              </w:rPr>
              <w:t>Einzelpreis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2706B59" w14:textId="77777777" w:rsidR="000803E4" w:rsidRPr="00C73713" w:rsidRDefault="000803E4" w:rsidP="000803E4">
            <w:pPr>
              <w:rPr>
                <w:lang w:val="de-DE"/>
              </w:rPr>
            </w:pPr>
            <w:r w:rsidRPr="00C73713">
              <w:rPr>
                <w:b/>
                <w:sz w:val="15"/>
                <w:lang w:val="de-DE"/>
              </w:rPr>
              <w:t>Basis/Info</w:t>
            </w:r>
          </w:p>
        </w:tc>
        <w:tc>
          <w:tcPr>
            <w:tcW w:w="2112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DD2F877" w14:textId="77777777" w:rsidR="000803E4" w:rsidRPr="00C73713" w:rsidRDefault="000803E4" w:rsidP="000803E4">
            <w:pPr>
              <w:rPr>
                <w:lang w:val="de-DE"/>
              </w:rPr>
            </w:pPr>
          </w:p>
        </w:tc>
        <w:tc>
          <w:tcPr>
            <w:tcW w:w="115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192E3D8" w14:textId="77777777" w:rsidR="000803E4" w:rsidRPr="00C73713" w:rsidRDefault="000803E4" w:rsidP="000803E4">
            <w:pPr>
              <w:rPr>
                <w:lang w:val="de-DE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B3B9DA1" w14:textId="77777777" w:rsidR="000803E4" w:rsidRPr="00C73713" w:rsidRDefault="000803E4" w:rsidP="000803E4">
            <w:pPr>
              <w:jc w:val="right"/>
              <w:rPr>
                <w:lang w:val="de-DE"/>
              </w:rPr>
            </w:pPr>
            <w:r w:rsidRPr="00C73713">
              <w:rPr>
                <w:b/>
                <w:sz w:val="15"/>
                <w:lang w:val="de-DE"/>
              </w:rPr>
              <w:t>Betrag</w:t>
            </w:r>
          </w:p>
        </w:tc>
      </w:tr>
      <w:tr w:rsidR="000803E4" w:rsidRPr="00202AF4" w14:paraId="64DADFB5" w14:textId="77777777" w:rsidTr="000803E4">
        <w:trPr>
          <w:cantSplit/>
          <w:trHeight w:val="214"/>
          <w:jc w:val="center"/>
        </w:trPr>
        <w:tc>
          <w:tcPr>
            <w:tcW w:w="79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625E6B4" w14:textId="0BC943B1" w:rsidR="000803E4" w:rsidRPr="00C73713" w:rsidRDefault="007747E7" w:rsidP="000803E4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10</w:t>
            </w:r>
          </w:p>
        </w:tc>
        <w:tc>
          <w:tcPr>
            <w:tcW w:w="164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710704B" w14:textId="75CBC701" w:rsidR="000803E4" w:rsidRPr="00C73713" w:rsidRDefault="000803E4" w:rsidP="000803E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>Fracht Grundpreis</w:t>
            </w:r>
            <w:r w:rsidR="005B172B" w:rsidRPr="00C73713">
              <w:rPr>
                <w:sz w:val="15"/>
                <w:lang w:val="de-DE"/>
              </w:rPr>
              <w:t xml:space="preserve"> </w:t>
            </w:r>
            <w:r w:rsidR="005B172B" w:rsidRPr="00DF7A8F">
              <w:rPr>
                <w:sz w:val="15"/>
                <w:lang w:val="de-DE"/>
              </w:rPr>
              <w:t>3Ax</w:t>
            </w:r>
          </w:p>
        </w:tc>
        <w:tc>
          <w:tcPr>
            <w:tcW w:w="73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CB0AC1D" w14:textId="77777777" w:rsidR="000803E4" w:rsidRPr="00C73713" w:rsidRDefault="000803E4" w:rsidP="000803E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 xml:space="preserve">1,00 </w:t>
            </w:r>
          </w:p>
        </w:tc>
        <w:tc>
          <w:tcPr>
            <w:tcW w:w="1191" w:type="dxa"/>
            <w:vAlign w:val="center"/>
          </w:tcPr>
          <w:p w14:paraId="13C98483" w14:textId="44CDD059" w:rsidR="000803E4" w:rsidRPr="00C73713" w:rsidRDefault="000803E4" w:rsidP="000803E4">
            <w:pPr>
              <w:rPr>
                <w:sz w:val="15"/>
                <w:lang w:val="de-DE"/>
              </w:rPr>
            </w:pPr>
            <w:r w:rsidRPr="00C73713">
              <w:rPr>
                <w:sz w:val="15"/>
                <w:lang w:val="de-DE"/>
              </w:rPr>
              <w:t>St</w:t>
            </w:r>
            <w:r w:rsidR="004520FD" w:rsidRPr="00C73713">
              <w:rPr>
                <w:sz w:val="15"/>
                <w:lang w:val="de-DE"/>
              </w:rPr>
              <w:t>ü</w:t>
            </w:r>
            <w:r w:rsidRPr="00C73713">
              <w:rPr>
                <w:sz w:val="15"/>
                <w:lang w:val="de-DE"/>
              </w:rPr>
              <w:t>ck</w:t>
            </w: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4013282" w14:textId="77777777" w:rsidR="000803E4" w:rsidRPr="00C73713" w:rsidRDefault="000803E4" w:rsidP="000803E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>145,50 EUR</w:t>
            </w:r>
          </w:p>
        </w:tc>
        <w:tc>
          <w:tcPr>
            <w:tcW w:w="105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CFB8609" w14:textId="77777777" w:rsidR="000803E4" w:rsidRPr="00C73713" w:rsidRDefault="000803E4" w:rsidP="000803E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>Pauschal</w:t>
            </w:r>
          </w:p>
        </w:tc>
        <w:tc>
          <w:tcPr>
            <w:tcW w:w="211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851D4D1" w14:textId="77777777" w:rsidR="000803E4" w:rsidRPr="00C73713" w:rsidRDefault="000803E4" w:rsidP="000803E4">
            <w:pPr>
              <w:rPr>
                <w:lang w:val="de-DE"/>
              </w:rPr>
            </w:pPr>
          </w:p>
        </w:tc>
        <w:tc>
          <w:tcPr>
            <w:tcW w:w="11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65E560D" w14:textId="77777777" w:rsidR="000803E4" w:rsidRPr="00C73713" w:rsidRDefault="000803E4" w:rsidP="000803E4">
            <w:pPr>
              <w:rPr>
                <w:lang w:val="de-DE"/>
              </w:rPr>
            </w:pPr>
          </w:p>
        </w:tc>
        <w:tc>
          <w:tcPr>
            <w:tcW w:w="11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C1821F1" w14:textId="77777777" w:rsidR="000803E4" w:rsidRPr="00202AF4" w:rsidRDefault="000803E4" w:rsidP="000803E4">
            <w:pPr>
              <w:jc w:val="right"/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>145,50 EUR</w:t>
            </w:r>
          </w:p>
        </w:tc>
      </w:tr>
      <w:tr w:rsidR="000803E4" w:rsidRPr="00202AF4" w14:paraId="503765EA" w14:textId="77777777" w:rsidTr="000803E4">
        <w:trPr>
          <w:cantSplit/>
          <w:trHeight w:val="214"/>
          <w:jc w:val="center"/>
        </w:trPr>
        <w:tc>
          <w:tcPr>
            <w:tcW w:w="79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2FDF500" w14:textId="67A185DE" w:rsidR="000803E4" w:rsidRDefault="007747E7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20</w:t>
            </w:r>
          </w:p>
        </w:tc>
        <w:tc>
          <w:tcPr>
            <w:tcW w:w="164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3ACE33A" w14:textId="77777777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Marge</w:t>
            </w:r>
            <w:r w:rsidRPr="001C1FED">
              <w:rPr>
                <w:sz w:val="15"/>
                <w:lang w:val="de-DE"/>
              </w:rPr>
              <w:t xml:space="preserve"> in </w:t>
            </w:r>
            <w:r>
              <w:rPr>
                <w:sz w:val="15"/>
                <w:lang w:val="de-DE"/>
              </w:rPr>
              <w:t>%</w:t>
            </w:r>
          </w:p>
        </w:tc>
        <w:tc>
          <w:tcPr>
            <w:tcW w:w="73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A962D4B" w14:textId="77777777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5,00</w:t>
            </w:r>
          </w:p>
        </w:tc>
        <w:tc>
          <w:tcPr>
            <w:tcW w:w="1191" w:type="dxa"/>
            <w:vAlign w:val="center"/>
          </w:tcPr>
          <w:p w14:paraId="2144E232" w14:textId="4515B02D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%</w:t>
            </w: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8235041" w14:textId="77777777" w:rsidR="000803E4" w:rsidRDefault="000803E4" w:rsidP="000803E4">
            <w:pPr>
              <w:rPr>
                <w:sz w:val="15"/>
                <w:lang w:val="de-DE"/>
              </w:rPr>
            </w:pPr>
          </w:p>
        </w:tc>
        <w:tc>
          <w:tcPr>
            <w:tcW w:w="105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DCA867C" w14:textId="6CCCA060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 xml:space="preserve">Auf Pos. </w:t>
            </w:r>
            <w:r w:rsidR="007747E7">
              <w:rPr>
                <w:sz w:val="15"/>
                <w:lang w:val="de-DE"/>
              </w:rPr>
              <w:t>10</w:t>
            </w:r>
          </w:p>
        </w:tc>
        <w:tc>
          <w:tcPr>
            <w:tcW w:w="211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D9617B7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218AB10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76747B8" w14:textId="77777777" w:rsidR="000803E4" w:rsidRDefault="000803E4" w:rsidP="000803E4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7,28 EUR</w:t>
            </w:r>
          </w:p>
        </w:tc>
      </w:tr>
      <w:tr w:rsidR="000803E4" w:rsidRPr="00202AF4" w14:paraId="55338724" w14:textId="77777777" w:rsidTr="000803E4">
        <w:trPr>
          <w:cantSplit/>
          <w:trHeight w:val="214"/>
          <w:jc w:val="center"/>
        </w:trPr>
        <w:tc>
          <w:tcPr>
            <w:tcW w:w="79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84D9673" w14:textId="25E45CD0" w:rsidR="000803E4" w:rsidRDefault="007747E7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30</w:t>
            </w:r>
          </w:p>
        </w:tc>
        <w:tc>
          <w:tcPr>
            <w:tcW w:w="164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391AED1" w14:textId="77777777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Dieselzuschlag</w:t>
            </w:r>
          </w:p>
        </w:tc>
        <w:tc>
          <w:tcPr>
            <w:tcW w:w="73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6EC5747" w14:textId="77777777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5,00</w:t>
            </w:r>
          </w:p>
        </w:tc>
        <w:tc>
          <w:tcPr>
            <w:tcW w:w="1191" w:type="dxa"/>
            <w:vAlign w:val="center"/>
          </w:tcPr>
          <w:p w14:paraId="517F94FE" w14:textId="6CA4F4FE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%</w:t>
            </w: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0551B12" w14:textId="77777777" w:rsidR="000803E4" w:rsidRDefault="000803E4" w:rsidP="000803E4">
            <w:pPr>
              <w:rPr>
                <w:sz w:val="15"/>
                <w:lang w:val="de-DE"/>
              </w:rPr>
            </w:pPr>
          </w:p>
        </w:tc>
        <w:tc>
          <w:tcPr>
            <w:tcW w:w="105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BFC680A" w14:textId="02538016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 xml:space="preserve">Auf Pos. </w:t>
            </w:r>
            <w:r w:rsidR="007747E7">
              <w:rPr>
                <w:sz w:val="15"/>
                <w:lang w:val="de-DE"/>
              </w:rPr>
              <w:t>10+20</w:t>
            </w:r>
          </w:p>
        </w:tc>
        <w:tc>
          <w:tcPr>
            <w:tcW w:w="211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D30340E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D49D0A1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3D59EA3" w14:textId="5E887A3F" w:rsidR="000803E4" w:rsidRDefault="000803E4" w:rsidP="000803E4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7,</w:t>
            </w:r>
            <w:r w:rsidR="0012397D">
              <w:rPr>
                <w:sz w:val="15"/>
                <w:lang w:val="de-DE"/>
              </w:rPr>
              <w:t>64</w:t>
            </w:r>
            <w:r>
              <w:rPr>
                <w:sz w:val="15"/>
                <w:lang w:val="de-DE"/>
              </w:rPr>
              <w:t xml:space="preserve"> EUR</w:t>
            </w:r>
          </w:p>
        </w:tc>
      </w:tr>
    </w:tbl>
    <w:p w14:paraId="59A0FCC2" w14:textId="77777777" w:rsidR="00307C6C" w:rsidRPr="00202AF4" w:rsidRDefault="00307C6C">
      <w:pPr>
        <w:spacing w:line="24" w:lineRule="exact"/>
        <w:rPr>
          <w:lang w:val="de-DE"/>
        </w:rPr>
      </w:pPr>
    </w:p>
    <w:tbl>
      <w:tblPr>
        <w:tblW w:w="10205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217"/>
        <w:gridCol w:w="909"/>
        <w:gridCol w:w="1276"/>
        <w:gridCol w:w="110"/>
        <w:gridCol w:w="1729"/>
        <w:gridCol w:w="1136"/>
      </w:tblGrid>
      <w:tr w:rsidR="00113C97" w:rsidRPr="00E6248E" w14:paraId="455008AF" w14:textId="77777777" w:rsidTr="00BD1070">
        <w:trPr>
          <w:cantSplit/>
          <w:jc w:val="center"/>
        </w:trPr>
        <w:tc>
          <w:tcPr>
            <w:tcW w:w="10205" w:type="dxa"/>
            <w:gridSpan w:val="9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703AD13" w14:textId="4081EB13" w:rsidR="00113C97" w:rsidRPr="008844B6" w:rsidRDefault="00113C97" w:rsidP="00BD1070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 xml:space="preserve">Abholadresse: </w:t>
            </w:r>
            <w:r w:rsidR="000F07AF">
              <w:rPr>
                <w:b/>
                <w:sz w:val="16"/>
                <w:lang w:val="de-DE"/>
              </w:rPr>
              <w:t>Komponenten</w:t>
            </w:r>
            <w:r w:rsidRPr="008844B6">
              <w:rPr>
                <w:b/>
                <w:sz w:val="16"/>
                <w:lang w:val="de-DE"/>
              </w:rPr>
              <w:t xml:space="preserve"> </w:t>
            </w:r>
            <w:r w:rsidR="000F07AF">
              <w:rPr>
                <w:b/>
                <w:sz w:val="16"/>
                <w:lang w:val="de-DE"/>
              </w:rPr>
              <w:t>Beta</w:t>
            </w:r>
            <w:r w:rsidRPr="008844B6">
              <w:rPr>
                <w:b/>
                <w:sz w:val="16"/>
                <w:lang w:val="de-DE"/>
              </w:rPr>
              <w:t xml:space="preserve"> </w:t>
            </w:r>
            <w:r w:rsidR="000F07AF">
              <w:rPr>
                <w:b/>
                <w:sz w:val="16"/>
                <w:lang w:val="de-DE"/>
              </w:rPr>
              <w:t>KG</w:t>
            </w:r>
            <w:r w:rsidRPr="008844B6">
              <w:rPr>
                <w:b/>
                <w:sz w:val="16"/>
                <w:lang w:val="de-DE"/>
              </w:rPr>
              <w:t xml:space="preserve">, </w:t>
            </w:r>
            <w:r w:rsidR="000F07AF">
              <w:rPr>
                <w:b/>
                <w:sz w:val="16"/>
                <w:lang w:val="de-DE"/>
              </w:rPr>
              <w:t>12344</w:t>
            </w:r>
            <w:r w:rsidRPr="008844B6">
              <w:rPr>
                <w:b/>
                <w:sz w:val="16"/>
                <w:lang w:val="de-DE"/>
              </w:rPr>
              <w:t xml:space="preserve"> </w:t>
            </w:r>
            <w:r w:rsidR="000F07AF">
              <w:rPr>
                <w:b/>
                <w:sz w:val="16"/>
                <w:lang w:val="de-DE"/>
              </w:rPr>
              <w:t>Musterhausen</w:t>
            </w:r>
          </w:p>
          <w:p w14:paraId="43139854" w14:textId="3A8251CD" w:rsidR="00113C97" w:rsidRDefault="002E4E4B" w:rsidP="00BD1070">
            <w:pPr>
              <w:rPr>
                <w:b/>
                <w:sz w:val="16"/>
                <w:lang w:val="de-DE"/>
              </w:rPr>
            </w:pPr>
            <w:r w:rsidRPr="002E4E4B">
              <w:rPr>
                <w:b/>
                <w:sz w:val="16"/>
                <w:lang w:val="de-DE"/>
              </w:rPr>
              <w:t>Lieferadresse (</w:t>
            </w:r>
            <w:r w:rsidRPr="007A2DDF">
              <w:rPr>
                <w:b/>
                <w:sz w:val="16"/>
                <w:lang w:val="de-DE"/>
              </w:rPr>
              <w:t>kalk. Umschlagspunkt)</w:t>
            </w:r>
            <w:r w:rsidRPr="002E4E4B">
              <w:rPr>
                <w:b/>
                <w:sz w:val="16"/>
                <w:lang w:val="de-DE"/>
              </w:rPr>
              <w:t>:</w:t>
            </w:r>
          </w:p>
          <w:p w14:paraId="7EF2C940" w14:textId="77777777" w:rsidR="00113C97" w:rsidRDefault="00113C97" w:rsidP="00BD1070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 xml:space="preserve">Vorlaufentfernung: </w:t>
            </w:r>
            <w:r w:rsidR="000F07AF">
              <w:rPr>
                <w:b/>
                <w:sz w:val="16"/>
                <w:lang w:val="de-DE"/>
              </w:rPr>
              <w:t>177</w:t>
            </w:r>
            <w:r>
              <w:rPr>
                <w:b/>
                <w:sz w:val="16"/>
                <w:lang w:val="de-DE"/>
              </w:rPr>
              <w:t>,00 km</w:t>
            </w:r>
          </w:p>
          <w:p w14:paraId="7A97EA06" w14:textId="7CC25B73" w:rsidR="005A2A5D" w:rsidRDefault="005A2A5D" w:rsidP="00BD1070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>Gewicht: 1.705 kg</w:t>
            </w:r>
          </w:p>
          <w:p w14:paraId="61C7B3F7" w14:textId="53EC4A88" w:rsidR="00A90631" w:rsidRPr="00202AF4" w:rsidRDefault="00A90631" w:rsidP="00BD1070">
            <w:pPr>
              <w:rPr>
                <w:lang w:val="de-DE"/>
              </w:rPr>
            </w:pPr>
            <w:r>
              <w:rPr>
                <w:b/>
                <w:sz w:val="16"/>
                <w:lang w:val="de-DE"/>
              </w:rPr>
              <w:t>Abholdatum: 01.06.2026</w:t>
            </w:r>
          </w:p>
        </w:tc>
      </w:tr>
      <w:tr w:rsidR="002C6AD4" w:rsidRPr="00202AF4" w14:paraId="29BB0701" w14:textId="77777777" w:rsidTr="002C6AD4">
        <w:tblPrEx>
          <w:tblBorders>
            <w:top w:val="nil"/>
            <w:bottom w:val="nil"/>
          </w:tblBorders>
        </w:tblPrEx>
        <w:trPr>
          <w:gridAfter w:val="1"/>
          <w:wAfter w:w="1136" w:type="dxa"/>
          <w:cantSplit/>
          <w:jc w:val="center"/>
        </w:trPr>
        <w:tc>
          <w:tcPr>
            <w:tcW w:w="1418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A6A0861" w14:textId="36E927CD" w:rsidR="002C6AD4" w:rsidRPr="00B50A4A" w:rsidRDefault="002C6AD4" w:rsidP="002C6AD4">
            <w:pPr>
              <w:rPr>
                <w:highlight w:val="red"/>
                <w:lang w:val="de-DE"/>
              </w:rPr>
            </w:pPr>
            <w:r w:rsidRPr="00202AF4">
              <w:rPr>
                <w:b/>
                <w:sz w:val="15"/>
                <w:lang w:val="de-DE"/>
              </w:rPr>
              <w:t>Lieferschein-Nr.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0D02CCE" w14:textId="29A8AEED" w:rsidR="002C6AD4" w:rsidRPr="00B50A4A" w:rsidRDefault="002C6AD4" w:rsidP="002C6AD4">
            <w:pPr>
              <w:rPr>
                <w:highlight w:val="red"/>
                <w:lang w:val="de-DE"/>
              </w:rPr>
            </w:pPr>
            <w:r w:rsidRPr="00202AF4">
              <w:rPr>
                <w:b/>
                <w:sz w:val="15"/>
                <w:lang w:val="de-DE"/>
              </w:rPr>
              <w:t>Lieferant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D53C430" w14:textId="474B9091" w:rsidR="002C6AD4" w:rsidRPr="00202AF4" w:rsidRDefault="002C6AD4" w:rsidP="002C6AD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Gewicht (</w:t>
            </w:r>
            <w:r w:rsidRPr="00202AF4">
              <w:rPr>
                <w:b/>
                <w:sz w:val="15"/>
                <w:lang w:val="de-DE"/>
              </w:rPr>
              <w:t>kg</w:t>
            </w:r>
            <w:r>
              <w:rPr>
                <w:b/>
                <w:sz w:val="15"/>
                <w:lang w:val="de-DE"/>
              </w:rPr>
              <w:t>)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19A27BF" w14:textId="5250D3BA" w:rsidR="002C6AD4" w:rsidRPr="00202AF4" w:rsidRDefault="002C6AD4" w:rsidP="002C6AD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Abladestelle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1F3C112" w14:textId="11A2372B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F42C4F4" w14:textId="291E7CB0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10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F8A9065" w14:textId="77777777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729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1D23EAA" w14:textId="77777777" w:rsidR="002C6AD4" w:rsidRPr="00202AF4" w:rsidRDefault="002C6AD4" w:rsidP="002C6AD4">
            <w:pPr>
              <w:rPr>
                <w:lang w:val="de-DE"/>
              </w:rPr>
            </w:pPr>
          </w:p>
        </w:tc>
      </w:tr>
      <w:tr w:rsidR="002C6AD4" w:rsidRPr="00202AF4" w14:paraId="668A3D97" w14:textId="77777777" w:rsidTr="002C6AD4">
        <w:tblPrEx>
          <w:tblBorders>
            <w:top w:val="nil"/>
            <w:bottom w:val="nil"/>
          </w:tblBorders>
        </w:tblPrEx>
        <w:trPr>
          <w:gridAfter w:val="1"/>
          <w:wAfter w:w="1136" w:type="dxa"/>
          <w:cantSplit/>
          <w:jc w:val="center"/>
        </w:trPr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70885F6" w14:textId="5CBBF476" w:rsidR="002C6AD4" w:rsidRPr="00B50A4A" w:rsidRDefault="002C6AD4" w:rsidP="002C6AD4">
            <w:pPr>
              <w:rPr>
                <w:highlight w:val="red"/>
                <w:lang w:val="de-DE"/>
              </w:rPr>
            </w:pPr>
            <w:r>
              <w:rPr>
                <w:sz w:val="15"/>
                <w:lang w:val="de-DE"/>
              </w:rPr>
              <w:t>1234567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D07E49D" w14:textId="5628E08E" w:rsidR="002C6AD4" w:rsidRPr="00B50A4A" w:rsidRDefault="002C6AD4" w:rsidP="002C6AD4">
            <w:pPr>
              <w:rPr>
                <w:highlight w:val="red"/>
                <w:lang w:val="de-DE"/>
              </w:rPr>
            </w:pPr>
            <w:r>
              <w:rPr>
                <w:sz w:val="15"/>
                <w:lang w:val="de-DE"/>
              </w:rPr>
              <w:t>10203040D</w:t>
            </w:r>
          </w:p>
        </w:tc>
        <w:tc>
          <w:tcPr>
            <w:tcW w:w="113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2DA485B" w14:textId="5D867C24" w:rsidR="002C6AD4" w:rsidRPr="00C73713" w:rsidRDefault="002C6AD4" w:rsidP="002C6AD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>1</w:t>
            </w:r>
            <w:r w:rsidR="005A2A5D">
              <w:rPr>
                <w:sz w:val="15"/>
                <w:lang w:val="de-DE"/>
              </w:rPr>
              <w:t>.</w:t>
            </w:r>
            <w:r w:rsidRPr="00C73713">
              <w:rPr>
                <w:sz w:val="15"/>
                <w:lang w:val="de-DE"/>
              </w:rPr>
              <w:t>650</w:t>
            </w:r>
          </w:p>
        </w:tc>
        <w:tc>
          <w:tcPr>
            <w:tcW w:w="121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B16A57F" w14:textId="01D760A3" w:rsidR="002C6AD4" w:rsidRPr="00C73713" w:rsidRDefault="002C6AD4" w:rsidP="002C6AD4">
            <w:pPr>
              <w:rPr>
                <w:lang w:val="de-DE"/>
              </w:rPr>
            </w:pPr>
            <w:r w:rsidRPr="00DF7A8F">
              <w:rPr>
                <w:sz w:val="15"/>
                <w:lang w:val="de-DE"/>
              </w:rPr>
              <w:t>XXX</w:t>
            </w:r>
          </w:p>
        </w:tc>
        <w:tc>
          <w:tcPr>
            <w:tcW w:w="90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ED7DC31" w14:textId="3F389473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A2722BD" w14:textId="2A349B5A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1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A6C6574" w14:textId="77777777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72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B7D0734" w14:textId="77777777" w:rsidR="002C6AD4" w:rsidRPr="00202AF4" w:rsidRDefault="002C6AD4" w:rsidP="002C6AD4">
            <w:pPr>
              <w:rPr>
                <w:lang w:val="de-DE"/>
              </w:rPr>
            </w:pPr>
          </w:p>
        </w:tc>
      </w:tr>
      <w:tr w:rsidR="002C6AD4" w:rsidRPr="00202AF4" w14:paraId="320E6EF0" w14:textId="77777777" w:rsidTr="002C6AD4">
        <w:tblPrEx>
          <w:tblBorders>
            <w:top w:val="nil"/>
            <w:bottom w:val="nil"/>
          </w:tblBorders>
        </w:tblPrEx>
        <w:trPr>
          <w:gridAfter w:val="1"/>
          <w:wAfter w:w="1136" w:type="dxa"/>
          <w:cantSplit/>
          <w:jc w:val="center"/>
        </w:trPr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069B2AE" w14:textId="653E496A" w:rsidR="002C6AD4" w:rsidRPr="00B50A4A" w:rsidRDefault="002C6AD4" w:rsidP="002C6AD4">
            <w:pPr>
              <w:rPr>
                <w:highlight w:val="red"/>
                <w:lang w:val="de-DE"/>
              </w:rPr>
            </w:pPr>
            <w:r>
              <w:rPr>
                <w:sz w:val="15"/>
                <w:lang w:val="de-DE"/>
              </w:rPr>
              <w:t>1234567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1F89B78" w14:textId="209ADC54" w:rsidR="002C6AD4" w:rsidRPr="00B50A4A" w:rsidRDefault="002C6AD4" w:rsidP="002C6AD4">
            <w:pPr>
              <w:rPr>
                <w:highlight w:val="red"/>
                <w:lang w:val="de-DE"/>
              </w:rPr>
            </w:pPr>
            <w:r w:rsidRPr="00202AF4">
              <w:rPr>
                <w:sz w:val="15"/>
                <w:lang w:val="de-DE"/>
              </w:rPr>
              <w:t>1</w:t>
            </w:r>
            <w:r>
              <w:rPr>
                <w:sz w:val="15"/>
                <w:lang w:val="de-DE"/>
              </w:rPr>
              <w:t>0203040D</w:t>
            </w:r>
          </w:p>
        </w:tc>
        <w:tc>
          <w:tcPr>
            <w:tcW w:w="113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97137C4" w14:textId="0371B3BD" w:rsidR="002C6AD4" w:rsidRPr="00C73713" w:rsidRDefault="002C6AD4" w:rsidP="002C6AD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>55</w:t>
            </w:r>
          </w:p>
        </w:tc>
        <w:tc>
          <w:tcPr>
            <w:tcW w:w="121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77526A2" w14:textId="3EA30D6E" w:rsidR="002C6AD4" w:rsidRPr="00C73713" w:rsidRDefault="002C6AD4" w:rsidP="002C6AD4">
            <w:pPr>
              <w:rPr>
                <w:lang w:val="de-DE"/>
              </w:rPr>
            </w:pPr>
            <w:r w:rsidRPr="00DF7A8F">
              <w:rPr>
                <w:sz w:val="15"/>
                <w:lang w:val="de-DE"/>
              </w:rPr>
              <w:t>XXX</w:t>
            </w:r>
          </w:p>
        </w:tc>
        <w:tc>
          <w:tcPr>
            <w:tcW w:w="90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457D2D2" w14:textId="6FD8AFAF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83F7E15" w14:textId="3DAEA40F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1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6D4C384" w14:textId="77777777" w:rsidR="002C6AD4" w:rsidRPr="00202AF4" w:rsidRDefault="002C6AD4" w:rsidP="002C6AD4">
            <w:pPr>
              <w:rPr>
                <w:lang w:val="de-DE"/>
              </w:rPr>
            </w:pPr>
          </w:p>
        </w:tc>
        <w:tc>
          <w:tcPr>
            <w:tcW w:w="172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B5DA1A0" w14:textId="77777777" w:rsidR="002C6AD4" w:rsidRPr="00202AF4" w:rsidRDefault="002C6AD4" w:rsidP="002C6AD4">
            <w:pPr>
              <w:rPr>
                <w:lang w:val="de-DE"/>
              </w:rPr>
            </w:pPr>
          </w:p>
        </w:tc>
      </w:tr>
    </w:tbl>
    <w:p w14:paraId="6EC2B1AB" w14:textId="77777777" w:rsidR="00113C97" w:rsidRDefault="00113C97" w:rsidP="00113C97">
      <w:pPr>
        <w:spacing w:line="24" w:lineRule="exact"/>
        <w:rPr>
          <w:lang w:val="de-DE"/>
        </w:rPr>
      </w:pPr>
    </w:p>
    <w:tbl>
      <w:tblPr>
        <w:tblW w:w="1020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1646"/>
        <w:gridCol w:w="735"/>
        <w:gridCol w:w="1191"/>
        <w:gridCol w:w="1455"/>
        <w:gridCol w:w="1058"/>
        <w:gridCol w:w="2112"/>
        <w:gridCol w:w="115"/>
        <w:gridCol w:w="1100"/>
      </w:tblGrid>
      <w:tr w:rsidR="000803E4" w:rsidRPr="00202AF4" w14:paraId="4ECD60C1" w14:textId="77777777" w:rsidTr="000803E4">
        <w:trPr>
          <w:cantSplit/>
          <w:trHeight w:val="214"/>
          <w:jc w:val="center"/>
        </w:trPr>
        <w:tc>
          <w:tcPr>
            <w:tcW w:w="794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E26EE13" w14:textId="77777777" w:rsidR="000803E4" w:rsidRPr="00202AF4" w:rsidRDefault="000803E4" w:rsidP="000803E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Position</w:t>
            </w:r>
          </w:p>
        </w:tc>
        <w:tc>
          <w:tcPr>
            <w:tcW w:w="1646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688199A" w14:textId="77777777" w:rsidR="000803E4" w:rsidRPr="00202AF4" w:rsidRDefault="000803E4" w:rsidP="000803E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Leistung</w:t>
            </w:r>
          </w:p>
        </w:tc>
        <w:tc>
          <w:tcPr>
            <w:tcW w:w="735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E4B2CD1" w14:textId="77777777" w:rsidR="000803E4" w:rsidRPr="00202AF4" w:rsidRDefault="000803E4" w:rsidP="000803E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Menge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vAlign w:val="center"/>
          </w:tcPr>
          <w:p w14:paraId="06CF3F58" w14:textId="07EFBC81" w:rsidR="000803E4" w:rsidRDefault="000803E4" w:rsidP="000803E4">
            <w:pPr>
              <w:rPr>
                <w:b/>
                <w:sz w:val="15"/>
                <w:lang w:val="de-DE"/>
              </w:rPr>
            </w:pPr>
            <w:r>
              <w:rPr>
                <w:b/>
                <w:sz w:val="15"/>
                <w:lang w:val="de-DE"/>
              </w:rPr>
              <w:t>Einheit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90D2E5A" w14:textId="77777777" w:rsidR="000803E4" w:rsidRPr="00202AF4" w:rsidRDefault="000803E4" w:rsidP="000803E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Einzelpreis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9B81347" w14:textId="77777777" w:rsidR="000803E4" w:rsidRPr="00202AF4" w:rsidRDefault="000803E4" w:rsidP="000803E4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Basis/Info</w:t>
            </w:r>
          </w:p>
        </w:tc>
        <w:tc>
          <w:tcPr>
            <w:tcW w:w="2112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5C869CD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5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48FC399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A4FB487" w14:textId="77777777" w:rsidR="000803E4" w:rsidRPr="00202AF4" w:rsidRDefault="000803E4" w:rsidP="000803E4">
            <w:pPr>
              <w:jc w:val="right"/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Betrag</w:t>
            </w:r>
          </w:p>
        </w:tc>
      </w:tr>
      <w:tr w:rsidR="000803E4" w:rsidRPr="00202AF4" w14:paraId="06A8B477" w14:textId="77777777" w:rsidTr="000803E4">
        <w:trPr>
          <w:cantSplit/>
          <w:trHeight w:val="214"/>
          <w:jc w:val="center"/>
        </w:trPr>
        <w:tc>
          <w:tcPr>
            <w:tcW w:w="79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805B16B" w14:textId="4D39EB9D" w:rsidR="000803E4" w:rsidRPr="00202AF4" w:rsidRDefault="007747E7" w:rsidP="000803E4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10</w:t>
            </w:r>
          </w:p>
        </w:tc>
        <w:tc>
          <w:tcPr>
            <w:tcW w:w="164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D741F86" w14:textId="306E1FC9" w:rsidR="000803E4" w:rsidRPr="00C73713" w:rsidRDefault="000803E4" w:rsidP="000803E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>Fracht Grundpreis</w:t>
            </w:r>
            <w:r w:rsidR="005B172B" w:rsidRPr="00C73713">
              <w:rPr>
                <w:sz w:val="15"/>
                <w:lang w:val="de-DE"/>
              </w:rPr>
              <w:t xml:space="preserve"> </w:t>
            </w:r>
            <w:r w:rsidR="005B172B" w:rsidRPr="00DF7A8F">
              <w:rPr>
                <w:sz w:val="15"/>
                <w:lang w:val="de-DE"/>
              </w:rPr>
              <w:t>3Ax</w:t>
            </w:r>
          </w:p>
        </w:tc>
        <w:tc>
          <w:tcPr>
            <w:tcW w:w="73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AEA46B8" w14:textId="77777777" w:rsidR="000803E4" w:rsidRPr="00C73713" w:rsidRDefault="000803E4" w:rsidP="000803E4">
            <w:pPr>
              <w:rPr>
                <w:lang w:val="de-DE"/>
              </w:rPr>
            </w:pPr>
            <w:r w:rsidRPr="00C73713">
              <w:rPr>
                <w:sz w:val="15"/>
                <w:lang w:val="de-DE"/>
              </w:rPr>
              <w:t xml:space="preserve">1,00 </w:t>
            </w:r>
          </w:p>
        </w:tc>
        <w:tc>
          <w:tcPr>
            <w:tcW w:w="1191" w:type="dxa"/>
            <w:vAlign w:val="center"/>
          </w:tcPr>
          <w:p w14:paraId="202AC280" w14:textId="3488EE61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St</w:t>
            </w:r>
            <w:r w:rsidR="004520FD">
              <w:rPr>
                <w:sz w:val="15"/>
                <w:lang w:val="de-DE"/>
              </w:rPr>
              <w:t>ü</w:t>
            </w:r>
            <w:r>
              <w:rPr>
                <w:sz w:val="15"/>
                <w:lang w:val="de-DE"/>
              </w:rPr>
              <w:t>ck</w:t>
            </w: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156AE6F" w14:textId="77777777" w:rsidR="000803E4" w:rsidRPr="00202AF4" w:rsidRDefault="000803E4" w:rsidP="000803E4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145,50 EUR</w:t>
            </w:r>
          </w:p>
        </w:tc>
        <w:tc>
          <w:tcPr>
            <w:tcW w:w="105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56EA473" w14:textId="77777777" w:rsidR="000803E4" w:rsidRPr="00202AF4" w:rsidRDefault="000803E4" w:rsidP="000803E4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Pauschal</w:t>
            </w:r>
          </w:p>
        </w:tc>
        <w:tc>
          <w:tcPr>
            <w:tcW w:w="211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0A7BE98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E47BFDD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1983150" w14:textId="77777777" w:rsidR="000803E4" w:rsidRPr="00202AF4" w:rsidRDefault="000803E4" w:rsidP="000803E4">
            <w:pPr>
              <w:jc w:val="right"/>
              <w:rPr>
                <w:lang w:val="de-DE"/>
              </w:rPr>
            </w:pPr>
            <w:r>
              <w:rPr>
                <w:sz w:val="15"/>
                <w:lang w:val="de-DE"/>
              </w:rPr>
              <w:t>145,50 EUR</w:t>
            </w:r>
          </w:p>
        </w:tc>
      </w:tr>
      <w:tr w:rsidR="000803E4" w:rsidRPr="00202AF4" w14:paraId="0F7826FD" w14:textId="77777777" w:rsidTr="000803E4">
        <w:trPr>
          <w:cantSplit/>
          <w:trHeight w:val="214"/>
          <w:jc w:val="center"/>
        </w:trPr>
        <w:tc>
          <w:tcPr>
            <w:tcW w:w="79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8EC5A98" w14:textId="57CA208C" w:rsidR="000803E4" w:rsidRDefault="007747E7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20</w:t>
            </w:r>
          </w:p>
        </w:tc>
        <w:tc>
          <w:tcPr>
            <w:tcW w:w="164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E5C3EFB" w14:textId="77777777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Marge in %</w:t>
            </w:r>
          </w:p>
        </w:tc>
        <w:tc>
          <w:tcPr>
            <w:tcW w:w="73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3E8DAC9" w14:textId="77777777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5,00</w:t>
            </w:r>
          </w:p>
        </w:tc>
        <w:tc>
          <w:tcPr>
            <w:tcW w:w="1191" w:type="dxa"/>
            <w:vAlign w:val="center"/>
          </w:tcPr>
          <w:p w14:paraId="1EAFBB3D" w14:textId="6716E7B4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%</w:t>
            </w: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4579C8D" w14:textId="77777777" w:rsidR="000803E4" w:rsidRDefault="000803E4" w:rsidP="000803E4">
            <w:pPr>
              <w:rPr>
                <w:sz w:val="15"/>
                <w:lang w:val="de-DE"/>
              </w:rPr>
            </w:pPr>
          </w:p>
        </w:tc>
        <w:tc>
          <w:tcPr>
            <w:tcW w:w="105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01DB00D" w14:textId="3452071F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 xml:space="preserve">Auf Pos. </w:t>
            </w:r>
            <w:r w:rsidR="007747E7">
              <w:rPr>
                <w:sz w:val="15"/>
                <w:lang w:val="de-DE"/>
              </w:rPr>
              <w:t>10</w:t>
            </w:r>
          </w:p>
        </w:tc>
        <w:tc>
          <w:tcPr>
            <w:tcW w:w="211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DF7D30A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7680B2F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D820149" w14:textId="77777777" w:rsidR="000803E4" w:rsidRDefault="000803E4" w:rsidP="000803E4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7,28 EUR</w:t>
            </w:r>
          </w:p>
        </w:tc>
      </w:tr>
      <w:tr w:rsidR="000803E4" w:rsidRPr="00202AF4" w14:paraId="20E7068B" w14:textId="77777777" w:rsidTr="000803E4">
        <w:trPr>
          <w:cantSplit/>
          <w:trHeight w:val="214"/>
          <w:jc w:val="center"/>
        </w:trPr>
        <w:tc>
          <w:tcPr>
            <w:tcW w:w="79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F7C66BE" w14:textId="3A6AF75A" w:rsidR="000803E4" w:rsidRDefault="007747E7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30</w:t>
            </w:r>
          </w:p>
        </w:tc>
        <w:tc>
          <w:tcPr>
            <w:tcW w:w="164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27E4EA8" w14:textId="77777777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Dieselzuschlag</w:t>
            </w:r>
          </w:p>
        </w:tc>
        <w:tc>
          <w:tcPr>
            <w:tcW w:w="73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29C4F62" w14:textId="77777777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5,00</w:t>
            </w:r>
          </w:p>
        </w:tc>
        <w:tc>
          <w:tcPr>
            <w:tcW w:w="1191" w:type="dxa"/>
            <w:vAlign w:val="center"/>
          </w:tcPr>
          <w:p w14:paraId="67E69C78" w14:textId="74C3CB90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%</w:t>
            </w: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F08A6A6" w14:textId="77777777" w:rsidR="000803E4" w:rsidRDefault="000803E4" w:rsidP="000803E4">
            <w:pPr>
              <w:rPr>
                <w:sz w:val="15"/>
                <w:lang w:val="de-DE"/>
              </w:rPr>
            </w:pPr>
          </w:p>
        </w:tc>
        <w:tc>
          <w:tcPr>
            <w:tcW w:w="105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9EDDF76" w14:textId="043C2F80" w:rsidR="000803E4" w:rsidRDefault="000803E4" w:rsidP="000803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 xml:space="preserve">Auf Pos. </w:t>
            </w:r>
            <w:r w:rsidR="007747E7">
              <w:rPr>
                <w:sz w:val="15"/>
                <w:lang w:val="de-DE"/>
              </w:rPr>
              <w:t>10+20</w:t>
            </w:r>
          </w:p>
        </w:tc>
        <w:tc>
          <w:tcPr>
            <w:tcW w:w="211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5A26B57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2FCA84B" w14:textId="77777777" w:rsidR="000803E4" w:rsidRPr="00202AF4" w:rsidRDefault="000803E4" w:rsidP="000803E4">
            <w:pPr>
              <w:rPr>
                <w:lang w:val="de-DE"/>
              </w:rPr>
            </w:pPr>
          </w:p>
        </w:tc>
        <w:tc>
          <w:tcPr>
            <w:tcW w:w="11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1D12E39" w14:textId="6BFDC8C7" w:rsidR="000803E4" w:rsidRDefault="000803E4" w:rsidP="000803E4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7,</w:t>
            </w:r>
            <w:r w:rsidR="0012397D">
              <w:rPr>
                <w:sz w:val="15"/>
                <w:lang w:val="de-DE"/>
              </w:rPr>
              <w:t>64</w:t>
            </w:r>
            <w:r>
              <w:rPr>
                <w:sz w:val="15"/>
                <w:lang w:val="de-DE"/>
              </w:rPr>
              <w:t xml:space="preserve"> EUR</w:t>
            </w:r>
          </w:p>
        </w:tc>
      </w:tr>
    </w:tbl>
    <w:p w14:paraId="1264B842" w14:textId="77777777" w:rsidR="00307C6C" w:rsidRPr="00202AF4" w:rsidRDefault="00307C6C">
      <w:pPr>
        <w:spacing w:line="40" w:lineRule="exact"/>
        <w:rPr>
          <w:lang w:val="de-DE"/>
        </w:rPr>
      </w:pPr>
    </w:p>
    <w:tbl>
      <w:tblPr>
        <w:tblW w:w="10205" w:type="dxa"/>
        <w:jc w:val="center"/>
        <w:tblBorders>
          <w:top w:val="single" w:sz="5" w:space="0" w:color="000000"/>
          <w:left w:val="nil"/>
          <w:bottom w:val="double" w:sz="5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803"/>
        <w:gridCol w:w="3402"/>
      </w:tblGrid>
      <w:tr w:rsidR="00307C6C" w:rsidRPr="00202AF4" w14:paraId="3FA5B2F4" w14:textId="77777777">
        <w:trPr>
          <w:cantSplit/>
          <w:jc w:val="center"/>
        </w:trPr>
        <w:tc>
          <w:tcPr>
            <w:tcW w:w="680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CFD6F74" w14:textId="4425732B" w:rsidR="00307C6C" w:rsidRPr="00202AF4" w:rsidRDefault="00202AF4">
            <w:pPr>
              <w:jc w:val="right"/>
              <w:rPr>
                <w:lang w:val="de-DE"/>
              </w:rPr>
            </w:pPr>
            <w:r w:rsidRPr="00202AF4">
              <w:rPr>
                <w:b/>
                <w:sz w:val="18"/>
                <w:lang w:val="de-DE"/>
              </w:rPr>
              <w:t>Zwischens</w:t>
            </w:r>
            <w:r w:rsidR="004C75BA" w:rsidRPr="00202AF4">
              <w:rPr>
                <w:b/>
                <w:sz w:val="18"/>
                <w:lang w:val="de-DE"/>
              </w:rPr>
              <w:t>umme Vorlauf</w:t>
            </w:r>
            <w:r w:rsidRPr="00202AF4">
              <w:rPr>
                <w:b/>
                <w:sz w:val="18"/>
                <w:lang w:val="de-DE"/>
              </w:rPr>
              <w:t xml:space="preserve"> (Netto, EUR)</w:t>
            </w:r>
          </w:p>
        </w:tc>
        <w:tc>
          <w:tcPr>
            <w:tcW w:w="340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1A986D0" w14:textId="39F9A7C9" w:rsidR="00307C6C" w:rsidRPr="00202AF4" w:rsidRDefault="008A2FB6">
            <w:pPr>
              <w:jc w:val="right"/>
              <w:rPr>
                <w:lang w:val="de-DE"/>
              </w:rPr>
            </w:pPr>
            <w:r>
              <w:rPr>
                <w:b/>
                <w:sz w:val="18"/>
                <w:lang w:val="de-DE"/>
              </w:rPr>
              <w:t>48</w:t>
            </w:r>
            <w:r w:rsidR="0012397D">
              <w:rPr>
                <w:b/>
                <w:sz w:val="18"/>
                <w:lang w:val="de-DE"/>
              </w:rPr>
              <w:t>1,24</w:t>
            </w:r>
            <w:r w:rsidR="00CF2F78" w:rsidRPr="00202AF4">
              <w:rPr>
                <w:b/>
                <w:sz w:val="18"/>
                <w:lang w:val="de-DE"/>
              </w:rPr>
              <w:t xml:space="preserve"> EUR</w:t>
            </w:r>
          </w:p>
        </w:tc>
      </w:tr>
    </w:tbl>
    <w:p w14:paraId="52CF08DD" w14:textId="77777777" w:rsidR="00307C6C" w:rsidRDefault="004C75BA">
      <w:r>
        <w:br w:type="page"/>
      </w:r>
    </w:p>
    <w:p w14:paraId="6B93F866" w14:textId="77777777" w:rsidR="00307C6C" w:rsidRDefault="004C75BA">
      <w:pPr>
        <w:spacing w:after="60"/>
        <w:jc w:val="right"/>
      </w:pPr>
      <w:proofErr w:type="spellStart"/>
      <w:r>
        <w:lastRenderedPageBreak/>
        <w:t>Seite</w:t>
      </w:r>
      <w:proofErr w:type="spellEnd"/>
      <w:r>
        <w:t xml:space="preserve"> 2 von 2</w:t>
      </w:r>
    </w:p>
    <w:p w14:paraId="12816DC6" w14:textId="7625269D" w:rsidR="00A90631" w:rsidRDefault="004C75BA" w:rsidP="006123D7">
      <w:pPr>
        <w:keepNext/>
        <w:pBdr>
          <w:bottom w:val="single" w:sz="4" w:space="1" w:color="auto"/>
        </w:pBdr>
        <w:spacing w:after="40"/>
        <w:rPr>
          <w:b/>
          <w:sz w:val="21"/>
          <w:lang w:val="de-DE"/>
        </w:rPr>
      </w:pPr>
      <w:r w:rsidRPr="00202AF4">
        <w:rPr>
          <w:b/>
          <w:sz w:val="21"/>
          <w:lang w:val="de-DE"/>
        </w:rPr>
        <w:t>HAUPTLAUF</w:t>
      </w:r>
    </w:p>
    <w:p w14:paraId="5DD21A7D" w14:textId="6C699765" w:rsidR="006123D7" w:rsidRDefault="006123D7" w:rsidP="006123D7">
      <w:pPr>
        <w:rPr>
          <w:b/>
          <w:sz w:val="16"/>
          <w:lang w:val="de-DE"/>
        </w:rPr>
      </w:pPr>
      <w:r w:rsidRPr="0087584B">
        <w:rPr>
          <w:b/>
          <w:sz w:val="16"/>
          <w:lang w:val="de-DE"/>
        </w:rPr>
        <w:t>Abgangsterminal</w:t>
      </w:r>
      <w:r w:rsidR="005E3C7E" w:rsidRPr="0087584B">
        <w:rPr>
          <w:b/>
          <w:sz w:val="16"/>
          <w:lang w:val="de-DE"/>
        </w:rPr>
        <w:t xml:space="preserve"> (</w:t>
      </w:r>
      <w:r w:rsidR="0087584B" w:rsidRPr="00DF7A8F">
        <w:rPr>
          <w:b/>
          <w:sz w:val="16"/>
          <w:lang w:val="de-DE"/>
        </w:rPr>
        <w:t>kalk. Umschlagspunkt</w:t>
      </w:r>
      <w:r w:rsidR="005E3C7E" w:rsidRPr="0087584B">
        <w:rPr>
          <w:b/>
          <w:sz w:val="16"/>
          <w:lang w:val="de-DE"/>
        </w:rPr>
        <w:t>)</w:t>
      </w:r>
      <w:r w:rsidRPr="0087584B">
        <w:rPr>
          <w:b/>
          <w:sz w:val="16"/>
          <w:lang w:val="de-DE"/>
        </w:rPr>
        <w:t>:</w:t>
      </w:r>
    </w:p>
    <w:p w14:paraId="2F556B7A" w14:textId="51C3C10E" w:rsidR="006123D7" w:rsidRPr="006123D7" w:rsidRDefault="006123D7" w:rsidP="006123D7">
      <w:pPr>
        <w:rPr>
          <w:b/>
          <w:sz w:val="16"/>
          <w:lang w:val="de-DE"/>
        </w:rPr>
      </w:pPr>
      <w:r w:rsidRPr="006123D7">
        <w:rPr>
          <w:b/>
          <w:sz w:val="16"/>
          <w:lang w:val="de-DE"/>
        </w:rPr>
        <w:t>Transportdatum: 02.06.2026</w:t>
      </w: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139"/>
        <w:gridCol w:w="992"/>
        <w:gridCol w:w="992"/>
        <w:gridCol w:w="1418"/>
        <w:gridCol w:w="1417"/>
        <w:gridCol w:w="1413"/>
        <w:gridCol w:w="1422"/>
      </w:tblGrid>
      <w:tr w:rsidR="009869F6" w:rsidRPr="00202AF4" w14:paraId="2F7F9A33" w14:textId="77777777" w:rsidTr="006150D1">
        <w:trPr>
          <w:cantSplit/>
          <w:trHeight w:val="214"/>
          <w:jc w:val="center"/>
        </w:trPr>
        <w:tc>
          <w:tcPr>
            <w:tcW w:w="1413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63F84F6" w14:textId="77777777" w:rsidR="009869F6" w:rsidRPr="00202AF4" w:rsidRDefault="009869F6" w:rsidP="00BD1070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Position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DDC806C" w14:textId="77777777" w:rsidR="009869F6" w:rsidRPr="00202AF4" w:rsidRDefault="009869F6" w:rsidP="00BD1070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Leistung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F378BC6" w14:textId="77777777" w:rsidR="009869F6" w:rsidRPr="00202AF4" w:rsidRDefault="009869F6" w:rsidP="00BD1070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Menge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0F9EAEB" w14:textId="77777777" w:rsidR="009869F6" w:rsidRDefault="009869F6" w:rsidP="00BD1070">
            <w:pPr>
              <w:rPr>
                <w:b/>
                <w:sz w:val="15"/>
                <w:lang w:val="de-DE"/>
              </w:rPr>
            </w:pPr>
            <w:r>
              <w:rPr>
                <w:b/>
                <w:sz w:val="15"/>
                <w:lang w:val="de-DE"/>
              </w:rPr>
              <w:t>Einheit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EB617DA" w14:textId="77777777" w:rsidR="009869F6" w:rsidRPr="00202AF4" w:rsidRDefault="009869F6" w:rsidP="00BD1070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Einzelpreis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ABE0846" w14:textId="77777777" w:rsidR="009869F6" w:rsidRPr="00202AF4" w:rsidRDefault="009869F6" w:rsidP="00BD1070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Basis/Info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8BB383A" w14:textId="4D3DDB1C" w:rsidR="009869F6" w:rsidRPr="00202AF4" w:rsidRDefault="009869F6" w:rsidP="00BD1070">
            <w:pPr>
              <w:rPr>
                <w:lang w:val="de-DE"/>
              </w:rPr>
            </w:pPr>
            <w:r w:rsidRPr="009869F6">
              <w:rPr>
                <w:b/>
                <w:sz w:val="15"/>
                <w:lang w:val="de-DE"/>
              </w:rPr>
              <w:t>Zwischenbetrag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168E0AA" w14:textId="77777777" w:rsidR="009869F6" w:rsidRPr="00202AF4" w:rsidRDefault="009869F6" w:rsidP="00BD1070">
            <w:pPr>
              <w:jc w:val="right"/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Betrag</w:t>
            </w:r>
          </w:p>
        </w:tc>
      </w:tr>
      <w:tr w:rsidR="009869F6" w:rsidRPr="00202AF4" w14:paraId="5E8625E2" w14:textId="77777777" w:rsidTr="006150D1">
        <w:trPr>
          <w:cantSplit/>
          <w:trHeight w:val="214"/>
          <w:jc w:val="center"/>
        </w:trPr>
        <w:tc>
          <w:tcPr>
            <w:tcW w:w="1413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D4B5219" w14:textId="03D2235C" w:rsidR="009869F6" w:rsidRPr="00202AF4" w:rsidRDefault="009869F6" w:rsidP="00BD1070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1</w:t>
            </w:r>
            <w:r w:rsidR="007747E7">
              <w:rPr>
                <w:sz w:val="15"/>
                <w:lang w:val="de-DE"/>
              </w:rPr>
              <w:t>00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D995791" w14:textId="0CF6C767" w:rsidR="009869F6" w:rsidRPr="00202AF4" w:rsidRDefault="009869F6" w:rsidP="00BD1070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Hauptlauf-Fracht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EC14CF6" w14:textId="473B52FF" w:rsidR="009869F6" w:rsidRPr="00202AF4" w:rsidRDefault="009869F6" w:rsidP="00BD1070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4.000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8B259CD" w14:textId="28BB5B95" w:rsidR="009869F6" w:rsidRDefault="009869F6" w:rsidP="00BD1070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D2BDE8C" w14:textId="716F0BD3" w:rsidR="009869F6" w:rsidRPr="00202AF4" w:rsidRDefault="009869F6" w:rsidP="00BD1070">
            <w:pPr>
              <w:rPr>
                <w:lang w:val="de-D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70568DF" w14:textId="637A06CC" w:rsidR="009869F6" w:rsidRPr="00202AF4" w:rsidRDefault="009869F6" w:rsidP="00BD1070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8,20 EUR/100kg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9CE9870" w14:textId="386D191A" w:rsidR="009869F6" w:rsidRPr="00202AF4" w:rsidRDefault="009869F6" w:rsidP="00BD1070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328,00 EUR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5BAE8EA" w14:textId="470F7E4D" w:rsidR="009869F6" w:rsidRPr="0012397D" w:rsidRDefault="009869F6" w:rsidP="0012397D">
            <w:pPr>
              <w:jc w:val="right"/>
              <w:rPr>
                <w:sz w:val="15"/>
                <w:lang w:val="de-DE"/>
              </w:rPr>
            </w:pPr>
          </w:p>
        </w:tc>
      </w:tr>
      <w:tr w:rsidR="009869F6" w:rsidRPr="00F676BB" w14:paraId="0A764744" w14:textId="77777777" w:rsidTr="00EB48BC">
        <w:trPr>
          <w:cantSplit/>
          <w:trHeight w:val="214"/>
          <w:jc w:val="center"/>
        </w:trPr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E9920C2" w14:textId="3BF49259" w:rsidR="009869F6" w:rsidRDefault="009869F6" w:rsidP="00BD1070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1</w:t>
            </w:r>
            <w:r w:rsidR="007747E7">
              <w:rPr>
                <w:sz w:val="15"/>
                <w:lang w:val="de-DE"/>
              </w:rPr>
              <w:t>10</w:t>
            </w:r>
          </w:p>
        </w:tc>
        <w:tc>
          <w:tcPr>
            <w:tcW w:w="113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38A8BA4" w14:textId="545E87D9" w:rsidR="009869F6" w:rsidRDefault="009869F6" w:rsidP="00BD1070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Marge</w:t>
            </w:r>
          </w:p>
        </w:tc>
        <w:tc>
          <w:tcPr>
            <w:tcW w:w="99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51BF243" w14:textId="2BBBA121" w:rsidR="009869F6" w:rsidRPr="00F676BB" w:rsidRDefault="009869F6" w:rsidP="00BD1070">
            <w:pPr>
              <w:rPr>
                <w:sz w:val="15"/>
                <w:lang w:val="de-DE"/>
              </w:rPr>
            </w:pPr>
            <w:r w:rsidRPr="00F676BB">
              <w:rPr>
                <w:sz w:val="15"/>
                <w:lang w:val="de-DE"/>
              </w:rPr>
              <w:t>180</w:t>
            </w:r>
            <w:r w:rsidR="008645CF">
              <w:rPr>
                <w:sz w:val="15"/>
                <w:lang w:val="de-DE"/>
              </w:rPr>
              <w:t>,00</w:t>
            </w:r>
          </w:p>
        </w:tc>
        <w:tc>
          <w:tcPr>
            <w:tcW w:w="992" w:type="dxa"/>
            <w:vAlign w:val="center"/>
          </w:tcPr>
          <w:p w14:paraId="0C29CC76" w14:textId="2DFA69D7" w:rsidR="009869F6" w:rsidRPr="00F676BB" w:rsidRDefault="009869F6" w:rsidP="00BD1070">
            <w:pPr>
              <w:rPr>
                <w:sz w:val="15"/>
                <w:lang w:val="de-DE"/>
              </w:rPr>
            </w:pPr>
            <w:r w:rsidRPr="00F676BB">
              <w:rPr>
                <w:sz w:val="15"/>
                <w:lang w:val="de-DE"/>
              </w:rPr>
              <w:t>%</w:t>
            </w:r>
          </w:p>
        </w:tc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A956F5C" w14:textId="77777777" w:rsidR="009869F6" w:rsidRPr="00F676BB" w:rsidRDefault="009869F6" w:rsidP="00BD1070">
            <w:pPr>
              <w:rPr>
                <w:lang w:val="de-DE"/>
              </w:rPr>
            </w:pPr>
          </w:p>
        </w:tc>
        <w:tc>
          <w:tcPr>
            <w:tcW w:w="141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1DDE182" w14:textId="5DA3153B" w:rsidR="009869F6" w:rsidRPr="00F676BB" w:rsidRDefault="009869F6" w:rsidP="00BD1070">
            <w:pPr>
              <w:rPr>
                <w:sz w:val="15"/>
                <w:lang w:val="de-DE"/>
              </w:rPr>
            </w:pPr>
            <w:r w:rsidRPr="00F676BB">
              <w:rPr>
                <w:sz w:val="15"/>
                <w:lang w:val="de-DE"/>
              </w:rPr>
              <w:t>Auf Pos 130</w:t>
            </w:r>
          </w:p>
        </w:tc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4B6CAC3" w14:textId="169AF2CA" w:rsidR="009869F6" w:rsidRPr="00F676BB" w:rsidRDefault="009869F6" w:rsidP="00BD1070">
            <w:pPr>
              <w:rPr>
                <w:lang w:val="de-DE"/>
              </w:rPr>
            </w:pPr>
          </w:p>
        </w:tc>
        <w:tc>
          <w:tcPr>
            <w:tcW w:w="142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38D9ABF" w14:textId="5160F930" w:rsidR="009869F6" w:rsidRPr="00F676BB" w:rsidRDefault="006C6CFB" w:rsidP="0012397D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590,40</w:t>
            </w:r>
            <w:r w:rsidRPr="00F676BB">
              <w:rPr>
                <w:sz w:val="15"/>
                <w:lang w:val="de-DE"/>
              </w:rPr>
              <w:t xml:space="preserve"> EUR</w:t>
            </w:r>
          </w:p>
        </w:tc>
      </w:tr>
      <w:tr w:rsidR="006C6CFB" w:rsidRPr="00202AF4" w14:paraId="57A3B8DA" w14:textId="77777777" w:rsidTr="00EB48BC">
        <w:trPr>
          <w:cantSplit/>
          <w:trHeight w:val="214"/>
          <w:jc w:val="center"/>
        </w:trPr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8F06BE8" w14:textId="666F6B46" w:rsidR="006C6CFB" w:rsidRDefault="006C6CFB" w:rsidP="006C6CFB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150</w:t>
            </w:r>
          </w:p>
        </w:tc>
        <w:tc>
          <w:tcPr>
            <w:tcW w:w="113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A689061" w14:textId="5D0B4A79" w:rsidR="006C6CFB" w:rsidRPr="0087251F" w:rsidRDefault="006C6CFB" w:rsidP="006C6CFB">
            <w:pPr>
              <w:rPr>
                <w:sz w:val="15"/>
                <w:lang w:val="de-DE"/>
              </w:rPr>
            </w:pPr>
            <w:r w:rsidRPr="0087251F">
              <w:rPr>
                <w:sz w:val="15"/>
                <w:lang w:val="de-DE"/>
              </w:rPr>
              <w:t>Maximalfracht</w:t>
            </w:r>
          </w:p>
        </w:tc>
        <w:tc>
          <w:tcPr>
            <w:tcW w:w="99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8779EB3" w14:textId="7ED3F537" w:rsidR="006C6CFB" w:rsidRPr="0087251F" w:rsidRDefault="006C6CFB" w:rsidP="006C6CFB">
            <w:pPr>
              <w:rPr>
                <w:sz w:val="15"/>
                <w:lang w:val="de-DE"/>
              </w:rPr>
            </w:pPr>
          </w:p>
        </w:tc>
        <w:tc>
          <w:tcPr>
            <w:tcW w:w="992" w:type="dxa"/>
            <w:vAlign w:val="center"/>
          </w:tcPr>
          <w:p w14:paraId="600FFB1D" w14:textId="7B1F6789" w:rsidR="006C6CFB" w:rsidRPr="0087251F" w:rsidRDefault="006C6CFB" w:rsidP="006C6CFB">
            <w:pPr>
              <w:rPr>
                <w:sz w:val="15"/>
                <w:lang w:val="de-DE"/>
              </w:rPr>
            </w:pPr>
          </w:p>
        </w:tc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0216951" w14:textId="139B30A5" w:rsidR="006C6CFB" w:rsidRPr="00E82A01" w:rsidRDefault="006C6CFB" w:rsidP="006C6CFB">
            <w:pPr>
              <w:rPr>
                <w:sz w:val="15"/>
                <w:szCs w:val="15"/>
                <w:lang w:val="de-DE"/>
              </w:rPr>
            </w:pPr>
            <w:r w:rsidRPr="00E82A01">
              <w:rPr>
                <w:sz w:val="15"/>
                <w:szCs w:val="15"/>
                <w:lang w:val="de-DE"/>
              </w:rPr>
              <w:t>480,00 EUR</w:t>
            </w:r>
          </w:p>
        </w:tc>
        <w:tc>
          <w:tcPr>
            <w:tcW w:w="141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CD223D6" w14:textId="77777777" w:rsidR="006C6CFB" w:rsidRPr="004A253C" w:rsidRDefault="006C6CFB" w:rsidP="006C6CFB">
            <w:pPr>
              <w:rPr>
                <w:sz w:val="15"/>
                <w:highlight w:val="yellow"/>
                <w:lang w:val="de-DE"/>
              </w:rPr>
            </w:pPr>
          </w:p>
        </w:tc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AA0580B" w14:textId="212DF512" w:rsidR="006C6CFB" w:rsidRPr="004A253C" w:rsidRDefault="006C6CFB" w:rsidP="006C6CFB">
            <w:pPr>
              <w:rPr>
                <w:highlight w:val="yellow"/>
                <w:lang w:val="de-DE"/>
              </w:rPr>
            </w:pPr>
          </w:p>
        </w:tc>
        <w:tc>
          <w:tcPr>
            <w:tcW w:w="142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45E7B0F" w14:textId="0B5703FA" w:rsidR="006C6CFB" w:rsidRPr="004A253C" w:rsidRDefault="006C6CFB" w:rsidP="006C6CFB">
            <w:pPr>
              <w:jc w:val="right"/>
              <w:rPr>
                <w:sz w:val="15"/>
                <w:highlight w:val="yellow"/>
                <w:lang w:val="de-DE"/>
              </w:rPr>
            </w:pPr>
          </w:p>
        </w:tc>
      </w:tr>
      <w:tr w:rsidR="006C6CFB" w:rsidRPr="00202AF4" w14:paraId="3DBE08BC" w14:textId="77777777" w:rsidTr="00EB48BC">
        <w:trPr>
          <w:cantSplit/>
          <w:trHeight w:val="214"/>
          <w:jc w:val="center"/>
        </w:trPr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1C4891B" w14:textId="1328B7D2" w:rsidR="006C6CFB" w:rsidRDefault="006C6CFB" w:rsidP="006C6CFB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1</w:t>
            </w:r>
            <w:r w:rsidR="007747E7">
              <w:rPr>
                <w:sz w:val="15"/>
                <w:lang w:val="de-DE"/>
              </w:rPr>
              <w:t>20</w:t>
            </w:r>
          </w:p>
        </w:tc>
        <w:tc>
          <w:tcPr>
            <w:tcW w:w="113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BCCA39A" w14:textId="61C20176" w:rsidR="006C6CFB" w:rsidRDefault="006C6CFB" w:rsidP="006C6CFB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Sockelfracht</w:t>
            </w:r>
          </w:p>
        </w:tc>
        <w:tc>
          <w:tcPr>
            <w:tcW w:w="99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4AD4021" w14:textId="53A8224D" w:rsidR="006C6CFB" w:rsidRPr="001C1FED" w:rsidRDefault="006C6CFB" w:rsidP="006C6CFB">
            <w:pPr>
              <w:rPr>
                <w:sz w:val="15"/>
                <w:szCs w:val="15"/>
                <w:lang w:val="de-DE"/>
              </w:rPr>
            </w:pPr>
            <w:r w:rsidRPr="001C1FED">
              <w:rPr>
                <w:sz w:val="15"/>
                <w:szCs w:val="15"/>
                <w:lang w:val="de-DE"/>
              </w:rPr>
              <w:t>1</w:t>
            </w:r>
            <w:r w:rsidR="00445EF1">
              <w:rPr>
                <w:sz w:val="15"/>
                <w:szCs w:val="15"/>
                <w:lang w:val="de-DE"/>
              </w:rPr>
              <w:t>,00</w:t>
            </w:r>
          </w:p>
        </w:tc>
        <w:tc>
          <w:tcPr>
            <w:tcW w:w="992" w:type="dxa"/>
            <w:vAlign w:val="center"/>
          </w:tcPr>
          <w:p w14:paraId="3582357D" w14:textId="7438C7ED" w:rsidR="006C6CFB" w:rsidRPr="001C1FED" w:rsidRDefault="006C6CFB" w:rsidP="006C6CFB">
            <w:pPr>
              <w:rPr>
                <w:sz w:val="15"/>
                <w:szCs w:val="15"/>
                <w:lang w:val="de-DE"/>
              </w:rPr>
            </w:pPr>
          </w:p>
        </w:tc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F4ACDDB" w14:textId="64546B95" w:rsidR="006C6CFB" w:rsidRPr="001C1FED" w:rsidRDefault="006C6CFB" w:rsidP="006C6CFB">
            <w:pPr>
              <w:rPr>
                <w:sz w:val="15"/>
                <w:szCs w:val="15"/>
                <w:lang w:val="de-DE"/>
              </w:rPr>
            </w:pPr>
            <w:r w:rsidRPr="001C1FED">
              <w:rPr>
                <w:sz w:val="15"/>
                <w:szCs w:val="15"/>
                <w:lang w:val="de-DE"/>
              </w:rPr>
              <w:t>35,00 EUR</w:t>
            </w:r>
          </w:p>
        </w:tc>
        <w:tc>
          <w:tcPr>
            <w:tcW w:w="141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3C83568" w14:textId="3A0DA7D9" w:rsidR="006C6CFB" w:rsidRPr="001C1FED" w:rsidRDefault="006C6CFB" w:rsidP="006C6CFB">
            <w:pPr>
              <w:rPr>
                <w:sz w:val="15"/>
                <w:szCs w:val="15"/>
                <w:lang w:val="de-DE"/>
              </w:rPr>
            </w:pPr>
            <w:r w:rsidRPr="001C1FED">
              <w:rPr>
                <w:sz w:val="15"/>
                <w:szCs w:val="15"/>
                <w:lang w:val="de-DE"/>
              </w:rPr>
              <w:t>35,00 EUR</w:t>
            </w:r>
          </w:p>
        </w:tc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F625424" w14:textId="77777777" w:rsidR="006C6CFB" w:rsidRPr="00202AF4" w:rsidRDefault="006C6CFB" w:rsidP="006C6CFB">
            <w:pPr>
              <w:rPr>
                <w:lang w:val="de-DE"/>
              </w:rPr>
            </w:pPr>
          </w:p>
        </w:tc>
        <w:tc>
          <w:tcPr>
            <w:tcW w:w="142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A42BFA0" w14:textId="7E64CE04" w:rsidR="006C6CFB" w:rsidRDefault="006C6CFB" w:rsidP="006C6CFB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35,00 EUR</w:t>
            </w:r>
          </w:p>
        </w:tc>
      </w:tr>
      <w:tr w:rsidR="006C6CFB" w:rsidRPr="00202AF4" w14:paraId="69C8AD89" w14:textId="77777777" w:rsidTr="00EB48BC">
        <w:trPr>
          <w:cantSplit/>
          <w:trHeight w:val="214"/>
          <w:jc w:val="center"/>
        </w:trPr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14C30C7" w14:textId="665877BF" w:rsidR="006C6CFB" w:rsidRDefault="006C6CFB" w:rsidP="006C6CFB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1</w:t>
            </w:r>
            <w:r w:rsidR="007747E7">
              <w:rPr>
                <w:sz w:val="15"/>
                <w:lang w:val="de-DE"/>
              </w:rPr>
              <w:t>30</w:t>
            </w:r>
          </w:p>
        </w:tc>
        <w:tc>
          <w:tcPr>
            <w:tcW w:w="113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2F7F64B" w14:textId="01BC929A" w:rsidR="006C6CFB" w:rsidRDefault="006C6CFB" w:rsidP="006C6CFB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Entladetarif</w:t>
            </w:r>
          </w:p>
        </w:tc>
        <w:tc>
          <w:tcPr>
            <w:tcW w:w="99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DB07755" w14:textId="545065BA" w:rsidR="006C6CFB" w:rsidRDefault="006C6CFB" w:rsidP="006C6CFB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6</w:t>
            </w:r>
            <w:r w:rsidR="00A03428">
              <w:rPr>
                <w:sz w:val="15"/>
                <w:lang w:val="de-DE"/>
              </w:rPr>
              <w:t>,00</w:t>
            </w:r>
          </w:p>
        </w:tc>
        <w:tc>
          <w:tcPr>
            <w:tcW w:w="992" w:type="dxa"/>
            <w:vAlign w:val="center"/>
          </w:tcPr>
          <w:p w14:paraId="55DEE63F" w14:textId="29E1EA57" w:rsidR="006C6CFB" w:rsidRDefault="006C6CFB" w:rsidP="006C6CFB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Stück</w:t>
            </w:r>
          </w:p>
        </w:tc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333EE14" w14:textId="449286D9" w:rsidR="006C6CFB" w:rsidRDefault="006C6CFB" w:rsidP="006C6CFB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45,00 EUR</w:t>
            </w:r>
          </w:p>
        </w:tc>
        <w:tc>
          <w:tcPr>
            <w:tcW w:w="141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A416462" w14:textId="27356EF5" w:rsidR="006C6CFB" w:rsidRDefault="006C6CFB" w:rsidP="006C6CFB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7,50 EUR/15 Min</w:t>
            </w:r>
          </w:p>
        </w:tc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CC51105" w14:textId="77777777" w:rsidR="006C6CFB" w:rsidRPr="00202AF4" w:rsidRDefault="006C6CFB" w:rsidP="006C6CFB">
            <w:pPr>
              <w:rPr>
                <w:lang w:val="de-DE"/>
              </w:rPr>
            </w:pPr>
          </w:p>
        </w:tc>
        <w:tc>
          <w:tcPr>
            <w:tcW w:w="142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F2AD8B7" w14:textId="4F21EC06" w:rsidR="006C6CFB" w:rsidRDefault="006C6CFB" w:rsidP="006C6CFB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45,00 EUR</w:t>
            </w:r>
          </w:p>
        </w:tc>
      </w:tr>
      <w:tr w:rsidR="006C6CFB" w:rsidRPr="00202AF4" w14:paraId="07653398" w14:textId="77777777" w:rsidTr="006150D1">
        <w:trPr>
          <w:cantSplit/>
          <w:trHeight w:val="214"/>
          <w:jc w:val="center"/>
        </w:trPr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7A10D46" w14:textId="73ADEE72" w:rsidR="006C6CFB" w:rsidRDefault="006C6CFB" w:rsidP="006C6CFB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1</w:t>
            </w:r>
            <w:r w:rsidR="007747E7">
              <w:rPr>
                <w:sz w:val="15"/>
                <w:lang w:val="de-DE"/>
              </w:rPr>
              <w:t>40</w:t>
            </w:r>
          </w:p>
        </w:tc>
        <w:tc>
          <w:tcPr>
            <w:tcW w:w="113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8870A6D" w14:textId="24A2843A" w:rsidR="006C6CFB" w:rsidRDefault="006C6CFB" w:rsidP="006C6CFB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Nachlauf (</w:t>
            </w:r>
            <w:proofErr w:type="spellStart"/>
            <w:r>
              <w:rPr>
                <w:sz w:val="15"/>
                <w:lang w:val="de-DE"/>
              </w:rPr>
              <w:t>opt</w:t>
            </w:r>
            <w:proofErr w:type="spellEnd"/>
            <w:r>
              <w:rPr>
                <w:sz w:val="15"/>
                <w:lang w:val="de-DE"/>
              </w:rPr>
              <w:t>.)</w:t>
            </w:r>
          </w:p>
        </w:tc>
        <w:tc>
          <w:tcPr>
            <w:tcW w:w="99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FA7C2D4" w14:textId="77777777" w:rsidR="006C6CFB" w:rsidRDefault="006C6CFB" w:rsidP="006C6CFB">
            <w:pPr>
              <w:rPr>
                <w:sz w:val="15"/>
                <w:lang w:val="de-DE"/>
              </w:rPr>
            </w:pPr>
          </w:p>
        </w:tc>
        <w:tc>
          <w:tcPr>
            <w:tcW w:w="992" w:type="dxa"/>
            <w:vAlign w:val="center"/>
          </w:tcPr>
          <w:p w14:paraId="51EA0094" w14:textId="77777777" w:rsidR="006C6CFB" w:rsidRDefault="006C6CFB" w:rsidP="006C6CFB">
            <w:pPr>
              <w:rPr>
                <w:sz w:val="15"/>
                <w:lang w:val="de-DE"/>
              </w:rPr>
            </w:pPr>
          </w:p>
        </w:tc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9250522" w14:textId="77777777" w:rsidR="006C6CFB" w:rsidRDefault="006C6CFB" w:rsidP="006C6CFB">
            <w:pPr>
              <w:rPr>
                <w:sz w:val="15"/>
                <w:lang w:val="de-DE"/>
              </w:rPr>
            </w:pPr>
          </w:p>
        </w:tc>
        <w:tc>
          <w:tcPr>
            <w:tcW w:w="141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C42BB40" w14:textId="77777777" w:rsidR="006C6CFB" w:rsidRDefault="006C6CFB" w:rsidP="006C6CFB">
            <w:pPr>
              <w:rPr>
                <w:sz w:val="15"/>
                <w:lang w:val="de-DE"/>
              </w:rPr>
            </w:pPr>
          </w:p>
        </w:tc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DC222EF" w14:textId="77777777" w:rsidR="006C6CFB" w:rsidRPr="00202AF4" w:rsidRDefault="006C6CFB" w:rsidP="006C6CFB">
            <w:pPr>
              <w:rPr>
                <w:lang w:val="de-DE"/>
              </w:rPr>
            </w:pPr>
          </w:p>
        </w:tc>
        <w:tc>
          <w:tcPr>
            <w:tcW w:w="142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BC31E10" w14:textId="7C406922" w:rsidR="006C6CFB" w:rsidRDefault="006C6CFB" w:rsidP="006C6CFB">
            <w:pPr>
              <w:jc w:val="center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-</w:t>
            </w:r>
          </w:p>
        </w:tc>
      </w:tr>
      <w:tr w:rsidR="006C6CFB" w:rsidRPr="00520683" w14:paraId="1E634F19" w14:textId="77777777" w:rsidTr="006150D1">
        <w:trPr>
          <w:cantSplit/>
          <w:trHeight w:val="214"/>
          <w:jc w:val="center"/>
        </w:trPr>
        <w:tc>
          <w:tcPr>
            <w:tcW w:w="1413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2B63E6E" w14:textId="0CC751BC" w:rsidR="006C6CFB" w:rsidRDefault="006C6CFB" w:rsidP="006C6CFB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1</w:t>
            </w:r>
            <w:r w:rsidR="007747E7">
              <w:rPr>
                <w:sz w:val="15"/>
                <w:lang w:val="de-DE"/>
              </w:rPr>
              <w:t>60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485DDC0" w14:textId="05973CC5" w:rsidR="006C6CFB" w:rsidRDefault="006C6CFB" w:rsidP="006C6CFB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Dieselzuschlag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E98D5C9" w14:textId="58212F0D" w:rsidR="006C6CFB" w:rsidRPr="00520683" w:rsidRDefault="006C6CFB" w:rsidP="006C6CFB">
            <w:pPr>
              <w:rPr>
                <w:sz w:val="15"/>
                <w:lang w:val="de-DE"/>
              </w:rPr>
            </w:pPr>
            <w:r w:rsidRPr="00520683">
              <w:rPr>
                <w:sz w:val="15"/>
                <w:lang w:val="de-DE"/>
              </w:rPr>
              <w:t>5</w:t>
            </w:r>
            <w:r w:rsidR="008645CF">
              <w:rPr>
                <w:sz w:val="15"/>
                <w:lang w:val="de-DE"/>
              </w:rPr>
              <w:t>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84E3AFE" w14:textId="0E71F6D3" w:rsidR="006C6CFB" w:rsidRPr="00520683" w:rsidRDefault="006C6CFB" w:rsidP="006C6CFB">
            <w:pPr>
              <w:rPr>
                <w:sz w:val="15"/>
                <w:lang w:val="de-DE"/>
              </w:rPr>
            </w:pPr>
            <w:r w:rsidRPr="00520683">
              <w:rPr>
                <w:sz w:val="15"/>
                <w:lang w:val="de-DE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C39D3E1" w14:textId="77777777" w:rsidR="006C6CFB" w:rsidRPr="00520683" w:rsidRDefault="006C6CFB" w:rsidP="006C6CFB">
            <w:pPr>
              <w:rPr>
                <w:sz w:val="15"/>
                <w:lang w:val="de-D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1821BA8" w14:textId="3B9FC06E" w:rsidR="006C6CFB" w:rsidRPr="00520683" w:rsidRDefault="006C6CFB" w:rsidP="006C6CFB">
            <w:pPr>
              <w:rPr>
                <w:sz w:val="15"/>
                <w:lang w:val="de-DE"/>
              </w:rPr>
            </w:pPr>
            <w:r w:rsidRPr="00520683">
              <w:rPr>
                <w:sz w:val="15"/>
                <w:lang w:val="de-DE"/>
              </w:rPr>
              <w:t xml:space="preserve">Auf Pos </w:t>
            </w:r>
            <w:r w:rsidR="007747E7">
              <w:rPr>
                <w:sz w:val="15"/>
                <w:lang w:val="de-DE"/>
              </w:rPr>
              <w:t>100+110+120+140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D189349" w14:textId="77777777" w:rsidR="006C6CFB" w:rsidRPr="00520683" w:rsidRDefault="006C6CFB" w:rsidP="006C6CFB">
            <w:pPr>
              <w:rPr>
                <w:lang w:val="de-DE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2D70839" w14:textId="3C6C40C5" w:rsidR="006C6CFB" w:rsidRPr="00520683" w:rsidRDefault="0087251F" w:rsidP="006C6CFB">
            <w:pPr>
              <w:jc w:val="right"/>
              <w:rPr>
                <w:sz w:val="15"/>
                <w:lang w:val="de-DE"/>
              </w:rPr>
            </w:pPr>
            <w:r w:rsidRPr="00520683">
              <w:rPr>
                <w:sz w:val="15"/>
                <w:lang w:val="de-DE"/>
              </w:rPr>
              <w:t>31,27</w:t>
            </w:r>
            <w:r w:rsidR="006C6CFB" w:rsidRPr="00520683">
              <w:rPr>
                <w:sz w:val="15"/>
                <w:lang w:val="de-DE"/>
              </w:rPr>
              <w:t xml:space="preserve"> EUR</w:t>
            </w:r>
          </w:p>
        </w:tc>
      </w:tr>
      <w:tr w:rsidR="006C6CFB" w:rsidRPr="00457C9A" w14:paraId="70A06F95" w14:textId="77777777" w:rsidTr="006150D1">
        <w:trPr>
          <w:cantSplit/>
          <w:trHeight w:val="214"/>
          <w:jc w:val="center"/>
        </w:trPr>
        <w:tc>
          <w:tcPr>
            <w:tcW w:w="8784" w:type="dxa"/>
            <w:gridSpan w:val="7"/>
            <w:tcBorders>
              <w:top w:val="single" w:sz="4" w:space="0" w:color="auto"/>
              <w:bottom w:val="doub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C3CD93F" w14:textId="4B19A316" w:rsidR="006C6CFB" w:rsidRPr="00202AF4" w:rsidRDefault="006C6CFB" w:rsidP="006C6CFB">
            <w:pPr>
              <w:jc w:val="center"/>
              <w:rPr>
                <w:lang w:val="de-DE"/>
              </w:rPr>
            </w:pPr>
            <w:r w:rsidRPr="00202AF4">
              <w:rPr>
                <w:b/>
                <w:sz w:val="18"/>
                <w:lang w:val="de-DE"/>
              </w:rPr>
              <w:t xml:space="preserve">Zwischensumme </w:t>
            </w:r>
            <w:r>
              <w:rPr>
                <w:b/>
                <w:sz w:val="18"/>
                <w:lang w:val="de-DE"/>
              </w:rPr>
              <w:t xml:space="preserve">Hauptlauf </w:t>
            </w:r>
            <w:r w:rsidRPr="00202AF4">
              <w:rPr>
                <w:b/>
                <w:sz w:val="18"/>
                <w:lang w:val="de-DE"/>
              </w:rPr>
              <w:t>(Netto, EUR)</w:t>
            </w:r>
          </w:p>
        </w:tc>
        <w:tc>
          <w:tcPr>
            <w:tcW w:w="1422" w:type="dxa"/>
            <w:tcBorders>
              <w:top w:val="single" w:sz="4" w:space="0" w:color="auto"/>
              <w:bottom w:val="doub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567226C" w14:textId="100A12BE" w:rsidR="006C6CFB" w:rsidRPr="00457C9A" w:rsidRDefault="00CC531C" w:rsidP="006C6CFB">
            <w:pPr>
              <w:jc w:val="right"/>
              <w:rPr>
                <w:b/>
                <w:sz w:val="18"/>
                <w:lang w:val="de-DE"/>
              </w:rPr>
            </w:pPr>
            <w:r w:rsidRPr="001850EF">
              <w:rPr>
                <w:b/>
                <w:sz w:val="18"/>
                <w:lang w:val="de-DE"/>
              </w:rPr>
              <w:t xml:space="preserve">701,67 </w:t>
            </w:r>
            <w:r w:rsidR="006C6CFB" w:rsidRPr="001850EF">
              <w:rPr>
                <w:b/>
                <w:sz w:val="18"/>
                <w:lang w:val="de-DE"/>
              </w:rPr>
              <w:t>EUR</w:t>
            </w:r>
          </w:p>
        </w:tc>
      </w:tr>
    </w:tbl>
    <w:p w14:paraId="6B25BA91" w14:textId="77777777" w:rsidR="00DA0DBE" w:rsidRDefault="00DA0DBE" w:rsidP="00DA0DBE">
      <w:pPr>
        <w:keepNext/>
        <w:pBdr>
          <w:bottom w:val="single" w:sz="6" w:space="1" w:color="000000"/>
        </w:pBdr>
        <w:spacing w:after="40"/>
        <w:jc w:val="both"/>
        <w:rPr>
          <w:b/>
          <w:sz w:val="21"/>
          <w:lang w:val="de-DE"/>
        </w:rPr>
      </w:pPr>
    </w:p>
    <w:p w14:paraId="0CD4C18A" w14:textId="77777777" w:rsidR="00FE5B5A" w:rsidRPr="00202AF4" w:rsidRDefault="00FE5B5A">
      <w:pPr>
        <w:keepNext/>
        <w:pBdr>
          <w:bottom w:val="single" w:sz="6" w:space="1" w:color="000000"/>
        </w:pBdr>
        <w:spacing w:after="40"/>
        <w:rPr>
          <w:b/>
          <w:sz w:val="21"/>
          <w:lang w:val="de-DE"/>
        </w:rPr>
      </w:pPr>
    </w:p>
    <w:p w14:paraId="02868D20" w14:textId="485F588C" w:rsidR="00307C6C" w:rsidRPr="00202AF4" w:rsidRDefault="004C75BA">
      <w:pPr>
        <w:keepNext/>
        <w:pBdr>
          <w:bottom w:val="single" w:sz="6" w:space="1" w:color="000000"/>
        </w:pBdr>
        <w:spacing w:after="40"/>
        <w:rPr>
          <w:lang w:val="de-DE"/>
        </w:rPr>
      </w:pPr>
      <w:r w:rsidRPr="00202AF4">
        <w:rPr>
          <w:b/>
          <w:sz w:val="21"/>
          <w:lang w:val="de-DE"/>
        </w:rPr>
        <w:t>RECHNUNGSSUMME</w:t>
      </w:r>
    </w:p>
    <w:tbl>
      <w:tblPr>
        <w:tblW w:w="102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706"/>
        <w:gridCol w:w="987"/>
        <w:gridCol w:w="2835"/>
        <w:gridCol w:w="1418"/>
        <w:gridCol w:w="1846"/>
      </w:tblGrid>
      <w:tr w:rsidR="00307C6C" w:rsidRPr="00202AF4" w14:paraId="5C2E85B2" w14:textId="77777777" w:rsidTr="003E785F">
        <w:trPr>
          <w:cantSplit/>
          <w:jc w:val="center"/>
        </w:trPr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EE0A6F0" w14:textId="77777777" w:rsidR="00307C6C" w:rsidRPr="00202AF4" w:rsidRDefault="004C75BA">
            <w:pPr>
              <w:rPr>
                <w:sz w:val="18"/>
                <w:szCs w:val="18"/>
                <w:lang w:val="de-DE"/>
              </w:rPr>
            </w:pPr>
            <w:r w:rsidRPr="00202AF4">
              <w:rPr>
                <w:b/>
                <w:sz w:val="18"/>
                <w:szCs w:val="18"/>
                <w:lang w:val="de-DE"/>
              </w:rPr>
              <w:t>steuerfrei</w:t>
            </w:r>
          </w:p>
        </w:tc>
        <w:tc>
          <w:tcPr>
            <w:tcW w:w="170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B714CBD" w14:textId="77777777" w:rsidR="00307C6C" w:rsidRPr="00202AF4" w:rsidRDefault="004C75BA">
            <w:pPr>
              <w:jc w:val="right"/>
              <w:rPr>
                <w:sz w:val="18"/>
                <w:szCs w:val="18"/>
                <w:lang w:val="de-DE"/>
              </w:rPr>
            </w:pPr>
            <w:r w:rsidRPr="00202AF4">
              <w:rPr>
                <w:b/>
                <w:sz w:val="18"/>
                <w:szCs w:val="18"/>
                <w:lang w:val="de-DE"/>
              </w:rPr>
              <w:t>steuerpflichtig</w:t>
            </w:r>
          </w:p>
        </w:tc>
        <w:tc>
          <w:tcPr>
            <w:tcW w:w="98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499A955" w14:textId="77777777" w:rsidR="00307C6C" w:rsidRPr="00202AF4" w:rsidRDefault="004C75BA">
            <w:pPr>
              <w:jc w:val="right"/>
              <w:rPr>
                <w:sz w:val="18"/>
                <w:szCs w:val="18"/>
                <w:lang w:val="de-DE"/>
              </w:rPr>
            </w:pPr>
            <w:r w:rsidRPr="00202AF4">
              <w:rPr>
                <w:b/>
                <w:sz w:val="18"/>
                <w:szCs w:val="18"/>
                <w:lang w:val="de-DE"/>
              </w:rPr>
              <w:t>Steuer %</w:t>
            </w:r>
          </w:p>
        </w:tc>
        <w:tc>
          <w:tcPr>
            <w:tcW w:w="283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601DDF8" w14:textId="77777777" w:rsidR="00307C6C" w:rsidRPr="00202AF4" w:rsidRDefault="004C75BA">
            <w:pPr>
              <w:rPr>
                <w:sz w:val="18"/>
                <w:szCs w:val="18"/>
                <w:lang w:val="de-DE"/>
              </w:rPr>
            </w:pPr>
            <w:r w:rsidRPr="00202AF4">
              <w:rPr>
                <w:b/>
                <w:sz w:val="18"/>
                <w:szCs w:val="18"/>
                <w:lang w:val="de-DE"/>
              </w:rPr>
              <w:t>Steuerart</w:t>
            </w:r>
          </w:p>
        </w:tc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0AD66DB" w14:textId="77777777" w:rsidR="00307C6C" w:rsidRPr="00202AF4" w:rsidRDefault="004C75BA">
            <w:pPr>
              <w:jc w:val="right"/>
              <w:rPr>
                <w:sz w:val="18"/>
                <w:szCs w:val="18"/>
                <w:lang w:val="de-DE"/>
              </w:rPr>
            </w:pPr>
            <w:r w:rsidRPr="00202AF4">
              <w:rPr>
                <w:b/>
                <w:sz w:val="18"/>
                <w:szCs w:val="18"/>
                <w:lang w:val="de-DE"/>
              </w:rPr>
              <w:t>Steuerbetrag</w:t>
            </w:r>
          </w:p>
        </w:tc>
        <w:tc>
          <w:tcPr>
            <w:tcW w:w="184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74FD1C0" w14:textId="77777777" w:rsidR="00307C6C" w:rsidRPr="00202AF4" w:rsidRDefault="004C75BA">
            <w:pPr>
              <w:jc w:val="right"/>
              <w:rPr>
                <w:sz w:val="18"/>
                <w:szCs w:val="18"/>
                <w:lang w:val="de-DE"/>
              </w:rPr>
            </w:pPr>
            <w:r w:rsidRPr="00202AF4">
              <w:rPr>
                <w:b/>
                <w:sz w:val="18"/>
                <w:szCs w:val="18"/>
                <w:lang w:val="de-DE"/>
              </w:rPr>
              <w:t>Gesamtbetrag</w:t>
            </w:r>
          </w:p>
        </w:tc>
      </w:tr>
      <w:tr w:rsidR="00307C6C" w:rsidRPr="00202AF4" w14:paraId="4EA3013C" w14:textId="77777777" w:rsidTr="003E785F">
        <w:trPr>
          <w:cantSplit/>
          <w:jc w:val="center"/>
        </w:trPr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FCBDA6C" w14:textId="77777777" w:rsidR="00307C6C" w:rsidRPr="001850EF" w:rsidRDefault="00307C6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70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A875C7E" w14:textId="41ACB01E" w:rsidR="00307C6C" w:rsidRPr="001850EF" w:rsidRDefault="00847C2D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1.118,91</w:t>
            </w:r>
            <w:r w:rsidR="00975E58" w:rsidRPr="001850EF">
              <w:rPr>
                <w:sz w:val="20"/>
                <w:szCs w:val="20"/>
                <w:lang w:val="de-DE"/>
              </w:rPr>
              <w:t>EUR</w:t>
            </w:r>
          </w:p>
        </w:tc>
        <w:tc>
          <w:tcPr>
            <w:tcW w:w="98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5F41FF8" w14:textId="0C16EB2E" w:rsidR="00307C6C" w:rsidRPr="001850EF" w:rsidRDefault="004C75BA">
            <w:pPr>
              <w:jc w:val="right"/>
              <w:rPr>
                <w:sz w:val="20"/>
                <w:szCs w:val="20"/>
                <w:lang w:val="de-DE"/>
              </w:rPr>
            </w:pPr>
            <w:r w:rsidRPr="001850EF">
              <w:rPr>
                <w:sz w:val="20"/>
                <w:szCs w:val="20"/>
                <w:lang w:val="de-DE"/>
              </w:rPr>
              <w:t>19,0</w:t>
            </w:r>
            <w:r w:rsidR="008645CF">
              <w:rPr>
                <w:sz w:val="20"/>
                <w:szCs w:val="20"/>
                <w:lang w:val="de-DE"/>
              </w:rPr>
              <w:t>0</w:t>
            </w:r>
            <w:r w:rsidRPr="001850EF">
              <w:rPr>
                <w:sz w:val="20"/>
                <w:szCs w:val="20"/>
                <w:lang w:val="de-DE"/>
              </w:rPr>
              <w:t xml:space="preserve"> %</w:t>
            </w:r>
          </w:p>
        </w:tc>
        <w:tc>
          <w:tcPr>
            <w:tcW w:w="283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17B50E6" w14:textId="46B28FEA" w:rsidR="00307C6C" w:rsidRPr="001850EF" w:rsidRDefault="004C75BA">
            <w:pPr>
              <w:rPr>
                <w:sz w:val="20"/>
                <w:szCs w:val="20"/>
                <w:lang w:val="de-DE"/>
              </w:rPr>
            </w:pPr>
            <w:r w:rsidRPr="001850EF">
              <w:rPr>
                <w:sz w:val="20"/>
                <w:szCs w:val="20"/>
                <w:lang w:val="de-DE"/>
              </w:rPr>
              <w:t>Umsatzsteuer/</w:t>
            </w:r>
            <w:r w:rsidR="003E785F" w:rsidRPr="001850EF">
              <w:rPr>
                <w:sz w:val="20"/>
                <w:szCs w:val="20"/>
                <w:lang w:val="de-DE"/>
              </w:rPr>
              <w:t xml:space="preserve"> </w:t>
            </w:r>
            <w:r w:rsidRPr="001850EF">
              <w:rPr>
                <w:sz w:val="20"/>
                <w:szCs w:val="20"/>
                <w:lang w:val="de-DE"/>
              </w:rPr>
              <w:t>Vorsteuer</w:t>
            </w:r>
          </w:p>
        </w:tc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2DB5F4C" w14:textId="492BE7B6" w:rsidR="00307C6C" w:rsidRPr="001850EF" w:rsidRDefault="00ED3C9E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288,75</w:t>
            </w:r>
            <w:r w:rsidR="004C75BA" w:rsidRPr="001850EF">
              <w:rPr>
                <w:sz w:val="20"/>
                <w:szCs w:val="20"/>
                <w:lang w:val="de-DE"/>
              </w:rPr>
              <w:t xml:space="preserve"> EUR</w:t>
            </w:r>
          </w:p>
        </w:tc>
        <w:tc>
          <w:tcPr>
            <w:tcW w:w="184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4E3B4FD" w14:textId="67990943" w:rsidR="00307C6C" w:rsidRPr="001850EF" w:rsidRDefault="00ED3C9E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1.407,66</w:t>
            </w:r>
            <w:r w:rsidR="00C95530" w:rsidRPr="001850EF">
              <w:rPr>
                <w:sz w:val="20"/>
                <w:szCs w:val="20"/>
                <w:lang w:val="de-DE"/>
              </w:rPr>
              <w:t xml:space="preserve"> E</w:t>
            </w:r>
            <w:r w:rsidR="004C75BA" w:rsidRPr="001850EF">
              <w:rPr>
                <w:sz w:val="20"/>
                <w:szCs w:val="20"/>
                <w:lang w:val="de-DE"/>
              </w:rPr>
              <w:t>UR</w:t>
            </w:r>
          </w:p>
        </w:tc>
      </w:tr>
      <w:tr w:rsidR="00307C6C" w:rsidRPr="00202AF4" w14:paraId="7F63F308" w14:textId="77777777" w:rsidTr="003E785F">
        <w:trPr>
          <w:cantSplit/>
          <w:jc w:val="center"/>
        </w:trPr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E7344E5" w14:textId="77777777" w:rsidR="00307C6C" w:rsidRPr="001850EF" w:rsidRDefault="004C75BA">
            <w:pPr>
              <w:rPr>
                <w:sz w:val="20"/>
                <w:szCs w:val="20"/>
                <w:lang w:val="de-DE"/>
              </w:rPr>
            </w:pPr>
            <w:r w:rsidRPr="001850EF">
              <w:rPr>
                <w:b/>
                <w:sz w:val="20"/>
                <w:szCs w:val="20"/>
                <w:lang w:val="de-DE"/>
              </w:rPr>
              <w:t>Summe</w:t>
            </w:r>
          </w:p>
        </w:tc>
        <w:tc>
          <w:tcPr>
            <w:tcW w:w="170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726E6D4" w14:textId="05D063C7" w:rsidR="00307C6C" w:rsidRPr="001850EF" w:rsidRDefault="00847C2D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1.118,91</w:t>
            </w:r>
            <w:r w:rsidR="00211990" w:rsidRPr="001850EF">
              <w:rPr>
                <w:sz w:val="20"/>
                <w:szCs w:val="20"/>
                <w:lang w:val="de-DE"/>
              </w:rPr>
              <w:t xml:space="preserve"> </w:t>
            </w:r>
            <w:r w:rsidR="00292A07" w:rsidRPr="001850EF">
              <w:rPr>
                <w:b/>
                <w:sz w:val="20"/>
                <w:szCs w:val="20"/>
                <w:lang w:val="de-DE"/>
              </w:rPr>
              <w:t>EUR</w:t>
            </w:r>
          </w:p>
        </w:tc>
        <w:tc>
          <w:tcPr>
            <w:tcW w:w="98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A71FA20" w14:textId="77777777" w:rsidR="00307C6C" w:rsidRPr="001850EF" w:rsidRDefault="00307C6C">
            <w:pPr>
              <w:jc w:val="right"/>
              <w:rPr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19596CA" w14:textId="77777777" w:rsidR="00307C6C" w:rsidRPr="001850EF" w:rsidRDefault="00307C6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2C66BEB" w14:textId="33554F3E" w:rsidR="00307C6C" w:rsidRPr="001850EF" w:rsidRDefault="00ED3C9E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288,75</w:t>
            </w:r>
            <w:r w:rsidR="00292A07" w:rsidRPr="001850EF">
              <w:rPr>
                <w:b/>
                <w:sz w:val="20"/>
                <w:szCs w:val="20"/>
                <w:lang w:val="de-DE"/>
              </w:rPr>
              <w:t xml:space="preserve"> EUR</w:t>
            </w:r>
          </w:p>
        </w:tc>
        <w:tc>
          <w:tcPr>
            <w:tcW w:w="184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126FA79" w14:textId="6A66E6A8" w:rsidR="00307C6C" w:rsidRPr="001850EF" w:rsidRDefault="00ED3C9E">
            <w:pPr>
              <w:jc w:val="right"/>
              <w:rPr>
                <w:sz w:val="20"/>
                <w:szCs w:val="20"/>
                <w:u w:val="single"/>
                <w:lang w:val="de-DE"/>
              </w:rPr>
            </w:pPr>
            <w:r>
              <w:rPr>
                <w:b/>
                <w:sz w:val="20"/>
                <w:szCs w:val="20"/>
                <w:u w:val="single"/>
                <w:lang w:val="de-DE"/>
              </w:rPr>
              <w:t>1.407,66</w:t>
            </w:r>
            <w:r w:rsidR="004C75BA" w:rsidRPr="001850EF">
              <w:rPr>
                <w:b/>
                <w:sz w:val="20"/>
                <w:szCs w:val="20"/>
                <w:u w:val="single"/>
                <w:lang w:val="de-DE"/>
              </w:rPr>
              <w:t xml:space="preserve"> EUR</w:t>
            </w:r>
          </w:p>
        </w:tc>
      </w:tr>
    </w:tbl>
    <w:p w14:paraId="1B8AC1EF" w14:textId="0A1DD4C7" w:rsidR="00FE5B5A" w:rsidRPr="00FE5B5A" w:rsidRDefault="00FE5B5A" w:rsidP="00FE5B5A">
      <w:pPr>
        <w:spacing w:before="100" w:after="140"/>
      </w:pPr>
    </w:p>
    <w:sectPr w:rsidR="00FE5B5A" w:rsidRPr="00FE5B5A" w:rsidSect="00034616">
      <w:pgSz w:w="11906" w:h="16838"/>
      <w:pgMar w:top="709" w:right="850" w:bottom="709" w:left="85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8449530">
    <w:abstractNumId w:val="8"/>
  </w:num>
  <w:num w:numId="2" w16cid:durableId="772213078">
    <w:abstractNumId w:val="6"/>
  </w:num>
  <w:num w:numId="3" w16cid:durableId="1470584733">
    <w:abstractNumId w:val="5"/>
  </w:num>
  <w:num w:numId="4" w16cid:durableId="1643849509">
    <w:abstractNumId w:val="4"/>
  </w:num>
  <w:num w:numId="5" w16cid:durableId="1658267523">
    <w:abstractNumId w:val="7"/>
  </w:num>
  <w:num w:numId="6" w16cid:durableId="1396972861">
    <w:abstractNumId w:val="3"/>
  </w:num>
  <w:num w:numId="7" w16cid:durableId="1249193642">
    <w:abstractNumId w:val="2"/>
  </w:num>
  <w:num w:numId="8" w16cid:durableId="2102993913">
    <w:abstractNumId w:val="1"/>
  </w:num>
  <w:num w:numId="9" w16cid:durableId="12165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3F6"/>
    <w:rsid w:val="00034616"/>
    <w:rsid w:val="00037C57"/>
    <w:rsid w:val="00042928"/>
    <w:rsid w:val="00056486"/>
    <w:rsid w:val="0006063C"/>
    <w:rsid w:val="000656AA"/>
    <w:rsid w:val="00074DCA"/>
    <w:rsid w:val="000803E4"/>
    <w:rsid w:val="00080590"/>
    <w:rsid w:val="000A0ABD"/>
    <w:rsid w:val="000A6164"/>
    <w:rsid w:val="000B79AE"/>
    <w:rsid w:val="000F07AF"/>
    <w:rsid w:val="000F47FD"/>
    <w:rsid w:val="00113C97"/>
    <w:rsid w:val="0012397D"/>
    <w:rsid w:val="00123B67"/>
    <w:rsid w:val="00125173"/>
    <w:rsid w:val="0015074B"/>
    <w:rsid w:val="001668BA"/>
    <w:rsid w:val="00175E54"/>
    <w:rsid w:val="001850EF"/>
    <w:rsid w:val="001902B2"/>
    <w:rsid w:val="001B0DBE"/>
    <w:rsid w:val="001C1FED"/>
    <w:rsid w:val="001D2F10"/>
    <w:rsid w:val="001E5DCE"/>
    <w:rsid w:val="001F3EC5"/>
    <w:rsid w:val="00202AF4"/>
    <w:rsid w:val="00207645"/>
    <w:rsid w:val="00211990"/>
    <w:rsid w:val="00213936"/>
    <w:rsid w:val="00224A42"/>
    <w:rsid w:val="00292A07"/>
    <w:rsid w:val="0029639D"/>
    <w:rsid w:val="002B4343"/>
    <w:rsid w:val="002C6AD4"/>
    <w:rsid w:val="002D24C3"/>
    <w:rsid w:val="002E4E4B"/>
    <w:rsid w:val="002F014E"/>
    <w:rsid w:val="002F0873"/>
    <w:rsid w:val="00307C6C"/>
    <w:rsid w:val="00326F90"/>
    <w:rsid w:val="00373023"/>
    <w:rsid w:val="00392382"/>
    <w:rsid w:val="003A1130"/>
    <w:rsid w:val="003B01C2"/>
    <w:rsid w:val="003E785F"/>
    <w:rsid w:val="0040734B"/>
    <w:rsid w:val="004132D3"/>
    <w:rsid w:val="00445EF1"/>
    <w:rsid w:val="004520FD"/>
    <w:rsid w:val="00457C9A"/>
    <w:rsid w:val="00466FDE"/>
    <w:rsid w:val="0047728F"/>
    <w:rsid w:val="00481D2B"/>
    <w:rsid w:val="004A0168"/>
    <w:rsid w:val="004A253C"/>
    <w:rsid w:val="004C35D9"/>
    <w:rsid w:val="004C75BA"/>
    <w:rsid w:val="004C7FE5"/>
    <w:rsid w:val="004E2B15"/>
    <w:rsid w:val="004E41E6"/>
    <w:rsid w:val="00520373"/>
    <w:rsid w:val="00520683"/>
    <w:rsid w:val="00527D0C"/>
    <w:rsid w:val="005419A1"/>
    <w:rsid w:val="00562FE5"/>
    <w:rsid w:val="005750B7"/>
    <w:rsid w:val="005805D0"/>
    <w:rsid w:val="0058394D"/>
    <w:rsid w:val="00586F9A"/>
    <w:rsid w:val="00591D79"/>
    <w:rsid w:val="005A2A5D"/>
    <w:rsid w:val="005B172B"/>
    <w:rsid w:val="005C0C6E"/>
    <w:rsid w:val="005C74F3"/>
    <w:rsid w:val="005D1C79"/>
    <w:rsid w:val="005D295F"/>
    <w:rsid w:val="005E3C7E"/>
    <w:rsid w:val="005E607D"/>
    <w:rsid w:val="006123D7"/>
    <w:rsid w:val="006150D1"/>
    <w:rsid w:val="006166F1"/>
    <w:rsid w:val="00623514"/>
    <w:rsid w:val="0064527D"/>
    <w:rsid w:val="006457F2"/>
    <w:rsid w:val="0067284A"/>
    <w:rsid w:val="006B245C"/>
    <w:rsid w:val="006C3D9C"/>
    <w:rsid w:val="006C6CFB"/>
    <w:rsid w:val="006D403A"/>
    <w:rsid w:val="006E5DE2"/>
    <w:rsid w:val="006E6EBC"/>
    <w:rsid w:val="0070383C"/>
    <w:rsid w:val="0073265E"/>
    <w:rsid w:val="00742D20"/>
    <w:rsid w:val="007747E7"/>
    <w:rsid w:val="00775F23"/>
    <w:rsid w:val="007771F6"/>
    <w:rsid w:val="007A239D"/>
    <w:rsid w:val="007B442C"/>
    <w:rsid w:val="007C7D9E"/>
    <w:rsid w:val="00825A82"/>
    <w:rsid w:val="00836782"/>
    <w:rsid w:val="00847C2D"/>
    <w:rsid w:val="00857B95"/>
    <w:rsid w:val="008645CF"/>
    <w:rsid w:val="0087251F"/>
    <w:rsid w:val="008734F7"/>
    <w:rsid w:val="0087584B"/>
    <w:rsid w:val="0088314E"/>
    <w:rsid w:val="008844B6"/>
    <w:rsid w:val="008863BD"/>
    <w:rsid w:val="008A2FB6"/>
    <w:rsid w:val="008D3E92"/>
    <w:rsid w:val="008D724C"/>
    <w:rsid w:val="009112E7"/>
    <w:rsid w:val="0091344F"/>
    <w:rsid w:val="00932B54"/>
    <w:rsid w:val="0094189B"/>
    <w:rsid w:val="0097548F"/>
    <w:rsid w:val="00975E58"/>
    <w:rsid w:val="009869F6"/>
    <w:rsid w:val="009D20D9"/>
    <w:rsid w:val="009D324C"/>
    <w:rsid w:val="009E1C0F"/>
    <w:rsid w:val="009E2C1D"/>
    <w:rsid w:val="009E398D"/>
    <w:rsid w:val="00A03428"/>
    <w:rsid w:val="00A52AA9"/>
    <w:rsid w:val="00A52E65"/>
    <w:rsid w:val="00A83E1A"/>
    <w:rsid w:val="00A90631"/>
    <w:rsid w:val="00AA1D8D"/>
    <w:rsid w:val="00AA29D0"/>
    <w:rsid w:val="00AC1ACE"/>
    <w:rsid w:val="00B237F8"/>
    <w:rsid w:val="00B33CEE"/>
    <w:rsid w:val="00B47730"/>
    <w:rsid w:val="00B50A4A"/>
    <w:rsid w:val="00B55641"/>
    <w:rsid w:val="00B60CD4"/>
    <w:rsid w:val="00B704CB"/>
    <w:rsid w:val="00B91B70"/>
    <w:rsid w:val="00BA374E"/>
    <w:rsid w:val="00C06F0E"/>
    <w:rsid w:val="00C114B5"/>
    <w:rsid w:val="00C164FF"/>
    <w:rsid w:val="00C23320"/>
    <w:rsid w:val="00C3096F"/>
    <w:rsid w:val="00C32BB9"/>
    <w:rsid w:val="00C73713"/>
    <w:rsid w:val="00C85A06"/>
    <w:rsid w:val="00C95530"/>
    <w:rsid w:val="00C9760D"/>
    <w:rsid w:val="00CA625E"/>
    <w:rsid w:val="00CB0664"/>
    <w:rsid w:val="00CC412E"/>
    <w:rsid w:val="00CC531C"/>
    <w:rsid w:val="00CF2F78"/>
    <w:rsid w:val="00D045D0"/>
    <w:rsid w:val="00D13069"/>
    <w:rsid w:val="00D14CD5"/>
    <w:rsid w:val="00D84E10"/>
    <w:rsid w:val="00DA0DBE"/>
    <w:rsid w:val="00DA40A5"/>
    <w:rsid w:val="00DC3A03"/>
    <w:rsid w:val="00DE1BD7"/>
    <w:rsid w:val="00DF7A8F"/>
    <w:rsid w:val="00E25F65"/>
    <w:rsid w:val="00E43880"/>
    <w:rsid w:val="00E46C8C"/>
    <w:rsid w:val="00E53FA4"/>
    <w:rsid w:val="00E57190"/>
    <w:rsid w:val="00E571F3"/>
    <w:rsid w:val="00E6248E"/>
    <w:rsid w:val="00E640A6"/>
    <w:rsid w:val="00E82A01"/>
    <w:rsid w:val="00E86DC8"/>
    <w:rsid w:val="00EB0AB3"/>
    <w:rsid w:val="00EB48BC"/>
    <w:rsid w:val="00EB6EAD"/>
    <w:rsid w:val="00ED3C9E"/>
    <w:rsid w:val="00EE464C"/>
    <w:rsid w:val="00F120D9"/>
    <w:rsid w:val="00F314EF"/>
    <w:rsid w:val="00F42C65"/>
    <w:rsid w:val="00F6729F"/>
    <w:rsid w:val="00F676BB"/>
    <w:rsid w:val="00F85E40"/>
    <w:rsid w:val="00F93F49"/>
    <w:rsid w:val="00FA7719"/>
    <w:rsid w:val="00FB2EB3"/>
    <w:rsid w:val="00FB534B"/>
    <w:rsid w:val="00FC693F"/>
    <w:rsid w:val="00FE5B5A"/>
    <w:rsid w:val="00FF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910A6"/>
  <w14:defaultImageDpi w14:val="300"/>
  <w15:docId w15:val="{C3321486-EB55-4F82-B0BD-B36917F0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7B95"/>
    <w:pPr>
      <w:spacing w:after="0" w:line="240" w:lineRule="auto"/>
    </w:pPr>
    <w:rPr>
      <w:rFonts w:ascii="Arial" w:eastAsia="Arial" w:hAnsi="Arial"/>
      <w:sz w:val="17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erarbeitung">
    <w:name w:val="Revision"/>
    <w:hidden/>
    <w:uiPriority w:val="99"/>
    <w:semiHidden/>
    <w:rsid w:val="00AA29D0"/>
    <w:pPr>
      <w:spacing w:after="0" w:line="240" w:lineRule="auto"/>
    </w:pPr>
    <w:rPr>
      <w:rFonts w:ascii="Arial" w:eastAsia="Arial" w:hAnsi="Arial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B9AA53491954A845F691E616E45B6" ma:contentTypeVersion="18" ma:contentTypeDescription="Create a new document." ma:contentTypeScope="" ma:versionID="8a4557d62c16d205529b9612d09314c5">
  <xsd:schema xmlns:xsd="http://www.w3.org/2001/XMLSchema" xmlns:xs="http://www.w3.org/2001/XMLSchema" xmlns:p="http://schemas.microsoft.com/office/2006/metadata/properties" xmlns:ns2="9b5c11e6-0827-4444-a45b-4dafb94298dd" xmlns:ns3="88ea278a-f67c-4b1e-a1d9-8d4b5b2154d2" targetNamespace="http://schemas.microsoft.com/office/2006/metadata/properties" ma:root="true" ma:fieldsID="90342ca3c805d0e220cec98d6bbfa2c3" ns2:_="" ns3:_="">
    <xsd:import namespace="9b5c11e6-0827-4444-a45b-4dafb94298dd"/>
    <xsd:import namespace="88ea278a-f67c-4b1e-a1d9-8d4b5b2154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Status" minOccurs="0"/>
                <xsd:element ref="ns3:MediaServiceBillingMetadata" minOccurs="0"/>
                <xsd:element ref="ns3:Nameinengli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c11e6-0827-4444-a45b-4dafb94298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a752f13-f6b6-4d3d-8f58-6db0a93a1744}" ma:internalName="TaxCatchAll" ma:showField="CatchAllData" ma:web="9b5c11e6-0827-4444-a45b-4dafb9429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a278a-f67c-4b1e-a1d9-8d4b5b215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99af8e8-aa77-48fe-9061-5a9da22cf2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3" nillable="true" ma:displayName="Status" ma:format="Dropdown" ma:internalName="Status">
      <xsd:simpleType>
        <xsd:restriction base="dms:Choice">
          <xsd:enumeration value="Waiting Payment Confirmation"/>
          <xsd:enumeration value="Untouched"/>
          <xsd:enumeration value="Done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Nameinenglish" ma:index="25" nillable="true" ma:displayName="Name in english" ma:format="Dropdown" ma:internalName="Nameinenglish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5c11e6-0827-4444-a45b-4dafb94298dd" xsi:nil="true"/>
    <lcf76f155ced4ddcb4097134ff3c332f xmlns="88ea278a-f67c-4b1e-a1d9-8d4b5b2154d2">
      <Terms xmlns="http://schemas.microsoft.com/office/infopath/2007/PartnerControls"/>
    </lcf76f155ced4ddcb4097134ff3c332f>
    <Status xmlns="88ea278a-f67c-4b1e-a1d9-8d4b5b2154d2" xsi:nil="true"/>
    <Nameinenglish xmlns="88ea278a-f67c-4b1e-a1d9-8d4b5b2154d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CE913D-6718-402E-8D99-DE5DD25F3F2A}"/>
</file>

<file path=customXml/itemProps2.xml><?xml version="1.0" encoding="utf-8"?>
<ds:datastoreItem xmlns:ds="http://schemas.openxmlformats.org/officeDocument/2006/customXml" ds:itemID="{60E64160-9A6B-4407-97E6-03D7C0CEFF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86F26-FF18-4483-858F-C60C8CE19E50}">
  <ds:schemaRefs>
    <ds:schemaRef ds:uri="http://schemas.microsoft.com/office/2006/metadata/properties"/>
    <ds:schemaRef ds:uri="http://schemas.microsoft.com/office/infopath/2007/PartnerControls"/>
    <ds:schemaRef ds:uri="fcdda993-af9b-4ef8-aa46-e7ae794ffb73"/>
    <ds:schemaRef ds:uri="aef53133-1776-4dc9-b0cb-3e4d7d38fb1a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7ea58d-47e6-47cc-9ab7-39ab03def869}" enabled="1" method="Standard" siteId="{505cca53-5750-4134-9501-8d52d5df3c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2586</Characters>
  <Application>Microsoft Office Word</Application>
  <DocSecurity>0</DocSecurity>
  <Lines>323</Lines>
  <Paragraphs>213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Muster-Frachtrechnung Inbound</vt:lpstr>
      <vt:lpstr/>
    </vt:vector>
  </TitlesOfParts>
  <Manager/>
  <Company/>
  <LinksUpToDate>false</LinksUpToDate>
  <CharactersWithSpaces>2783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Muster-Frachtrechnung Inbound</dc:title>
  <dc:subject>Musterrechnung Inbound</dc:subject>
  <dc:creator>Holzapfel, Darius (001)</dc:creator>
  <cp:keywords/>
  <dc:description/>
  <cp:lastModifiedBy>Fritsch, Raffaela (060)</cp:lastModifiedBy>
  <cp:revision>3</cp:revision>
  <dcterms:created xsi:type="dcterms:W3CDTF">2026-07-20T08:35:00Z</dcterms:created>
  <dcterms:modified xsi:type="dcterms:W3CDTF">2026-07-23T07:42:00Z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0x010100874B9AA53491954A845F691E616E45B6</vt:lpwstr>
  </property>
  <property fmtid="{D5CDD505-2E9C-101B-9397-08002B2CF9AE}" pid="3" name="MediaServiceImageTags">
    <vt:lpwstr/>
  </property>
</Properties>
</file>